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tabs>
          <w:tab w:pos="9978" w:val="right"/>
        </w:tabs>
        <w:spacing w:before="0" w:after="240" w:line="269" w:lineRule="auto"/>
      </w:pPr>
      <w:r>
        <w:rPr>
          <w:b/>
          <w:color w:val="000000"/>
          <w:sz w:val="18"/>
        </w:rPr>
        <w:t>Mitarbeitergespräch</w:t>
      </w:r>
      <w:r>
        <w:rPr>
          <w:b w:val="0"/>
          <w:color w:val="000000"/>
          <w:sz w:val="21"/>
        </w:rPr>
        <w:tab/>
      </w:r>
      <w:hyperlink r:id="rId10">
        <w:r>
          <w:rPr>
            <w:color w:val="000000"/>
            <w:sz w:val="20"/>
            <w:b/>
            <w:u w:val="single"/>
          </w:rPr>
          <w:t>https://www.riteful.ai/de/</w:t>
        </w:r>
      </w:hyperlink>
    </w:p>
    <w:p>
      <w:pPr>
        <w:keepNext/>
        <w:spacing w:before="0" w:after="60" w:line="269" w:lineRule="auto"/>
      </w:pPr>
      <w:r>
        <w:rPr>
          <w:b/>
          <w:color w:val="000000"/>
          <w:sz w:val="18"/>
        </w:rPr>
        <w:t>MITARBEITENDE</w:t>
      </w:r>
    </w:p>
    <w:p>
      <w:pPr>
        <w:pStyle w:val="Title"/>
        <w:keepNext/>
        <w:spacing w:before="0" w:after="100" w:line="269" w:lineRule="auto"/>
      </w:pPr>
      <w:r>
        <w:t>Meine Vorbereitung</w:t>
      </w:r>
    </w:p>
    <w:p>
      <w:pPr>
        <w:keepNext/>
        <w:spacing w:before="0" w:after="100" w:line="269" w:lineRule="auto"/>
      </w:pPr>
      <w:r>
        <w:rPr>
          <w:b w:val="0"/>
          <w:color w:val="000000"/>
          <w:sz w:val="21"/>
        </w:rPr>
        <w:t>Füllen Sie diese Seite vor dem Gespräch für sich aus. Stichpunkte reichen.</w:t>
      </w:r>
    </w:p>
    <w:p>
      <w:pPr>
        <w:keepNext/>
        <w:spacing w:before="80" w:after="0" w:line="269" w:lineRule="auto"/>
      </w:pPr>
      <w:r>
        <w:rPr>
          <w:b w:val="0"/>
          <w:color w:val="52525B"/>
          <w:sz w:val="18"/>
        </w:rPr>
        <w:t>Mein Name und meine Rolle</w:t>
      </w:r>
    </w:p>
    <w:p>
      <w:pPr>
        <w:keepNext w:val="0"/>
        <w:spacing w:before="0" w:after="0" w:line="320" w:lineRule="exact"/>
        <w:pBdr>
          <w:bottom w:val="single" w:sz="3" w:color="C8CDD3" w:space="1"/>
          <w:between w:val="single" w:sz="3" w:color="C8CDD3" w:space="1"/>
        </w:pBdr>
      </w:pPr>
      <w:r>
        <w:rPr>
          <w:b w:val="0"/>
          <w:color w:val="000000"/>
          <w:sz w:val="22"/>
        </w:rPr>
        <w:t xml:space="preserve"> </w:t>
      </w:r>
    </w:p>
    <w:p>
      <w:pPr>
        <w:keepNext/>
        <w:spacing w:before="80" w:after="0" w:line="269" w:lineRule="auto"/>
      </w:pPr>
      <w:r>
        <w:rPr>
          <w:b w:val="0"/>
          <w:color w:val="52525B"/>
          <w:sz w:val="18"/>
        </w:rPr>
        <w:t>Gespräch am / Rückblick von bis</w:t>
      </w:r>
    </w:p>
    <w:p>
      <w:pPr>
        <w:keepNext w:val="0"/>
        <w:spacing w:before="0" w:after="0" w:line="320" w:lineRule="exact"/>
        <w:pBdr>
          <w:bottom w:val="single" w:sz="3" w:color="C8CDD3" w:space="1"/>
          <w:between w:val="single" w:sz="3" w:color="C8CDD3" w:space="1"/>
        </w:pBdr>
      </w:pPr>
      <w:r>
        <w:rPr>
          <w:b w:val="0"/>
          <w:color w:val="000000"/>
          <w:sz w:val="22"/>
        </w:rPr>
        <w:t xml:space="preserve"> </w:t>
      </w:r>
    </w:p>
    <w:p>
      <w:pPr>
        <w:keepNext/>
        <w:spacing w:before="140" w:after="40" w:line="269" w:lineRule="auto"/>
      </w:pPr>
      <w:r>
        <w:rPr>
          <w:b/>
          <w:color w:val="000000"/>
          <w:sz w:val="22"/>
        </w:rPr>
        <w:t xml:space="preserve">01   </w:t>
      </w:r>
      <w:r>
        <w:rPr>
          <w:b/>
          <w:color w:val="000000"/>
          <w:sz w:val="22"/>
        </w:rPr>
        <w:t>Was ist mir gelungen</w:t>
      </w:r>
    </w:p>
    <w:p>
      <w:pPr>
        <w:keepNext/>
        <w:spacing w:before="0" w:after="20" w:line="269" w:lineRule="auto"/>
      </w:pPr>
      <w:r>
        <w:rPr>
          <w:b w:val="0"/>
          <w:color w:val="52525B"/>
          <w:sz w:val="19"/>
        </w:rPr>
        <w:t>Notieren Sie ein konkretes Beispiel: Situation, eigener Beitrag und Ergebnis.</w:t>
      </w:r>
    </w:p>
    <w:p>
      <w:pPr>
        <w:keepNext/>
        <w:spacing w:before="0" w:after="0" w:line="360" w:lineRule="exact"/>
        <w:pBdr>
          <w:bottom w:val="single" w:sz="3" w:color="C8CDD3" w:space="1"/>
          <w:between w:val="single" w:sz="3" w:color="C8CDD3" w:space="1"/>
        </w:pBdr>
      </w:pPr>
      <w:r>
        <w:rPr>
          <w:b w:val="0"/>
          <w:color w:val="000000"/>
          <w:sz w:val="22"/>
        </w:rPr>
        <w:t xml:space="preserve"> </w:t>
      </w:r>
    </w:p>
    <w:p>
      <w:pPr>
        <w:keepNext/>
        <w:spacing w:before="0" w:after="0" w:line="360" w:lineRule="exact"/>
        <w:pBdr>
          <w:bottom w:val="single" w:sz="3" w:color="C8CDD3" w:space="1"/>
          <w:between w:val="single" w:sz="3" w:color="C8CDD3" w:space="1"/>
        </w:pBdr>
      </w:pPr>
      <w:r>
        <w:rPr>
          <w:b w:val="0"/>
          <w:color w:val="000000"/>
          <w:sz w:val="22"/>
        </w:rPr>
        <w:t xml:space="preserve"> </w:t>
      </w:r>
    </w:p>
    <w:p>
      <w:pPr>
        <w:keepNext w:val="0"/>
        <w:spacing w:before="0" w:after="0" w:line="360" w:lineRule="exact"/>
        <w:pBdr>
          <w:bottom w:val="single" w:sz="3" w:color="C8CDD3" w:space="1"/>
          <w:between w:val="single" w:sz="3" w:color="C8CDD3" w:space="1"/>
        </w:pBdr>
      </w:pPr>
      <w:r>
        <w:rPr>
          <w:b w:val="0"/>
          <w:color w:val="000000"/>
          <w:sz w:val="22"/>
        </w:rPr>
        <w:t xml:space="preserve"> </w:t>
      </w:r>
    </w:p>
    <w:p>
      <w:pPr>
        <w:keepNext/>
        <w:spacing w:before="140" w:after="40" w:line="269" w:lineRule="auto"/>
      </w:pPr>
      <w:r>
        <w:rPr>
          <w:b/>
          <w:color w:val="000000"/>
          <w:sz w:val="22"/>
        </w:rPr>
        <w:t xml:space="preserve">02   </w:t>
      </w:r>
      <w:r>
        <w:rPr>
          <w:b/>
          <w:color w:val="000000"/>
          <w:sz w:val="22"/>
        </w:rPr>
        <w:t>Was hat meine Arbeit erschwert</w:t>
      </w:r>
    </w:p>
    <w:p>
      <w:pPr>
        <w:keepNext/>
        <w:spacing w:before="0" w:after="20" w:line="269" w:lineRule="auto"/>
      </w:pPr>
      <w:r>
        <w:rPr>
          <w:b w:val="0"/>
          <w:color w:val="52525B"/>
          <w:sz w:val="19"/>
        </w:rPr>
        <w:t>Welche Situation war schwierig? Was fehlte und welche Folgen hatte das?</w:t>
      </w:r>
    </w:p>
    <w:p>
      <w:pPr>
        <w:keepNext/>
        <w:spacing w:before="0" w:after="0" w:line="360" w:lineRule="exact"/>
        <w:pBdr>
          <w:bottom w:val="single" w:sz="3" w:color="C8CDD3" w:space="1"/>
          <w:between w:val="single" w:sz="3" w:color="C8CDD3" w:space="1"/>
        </w:pBdr>
      </w:pPr>
      <w:r>
        <w:rPr>
          <w:b w:val="0"/>
          <w:color w:val="000000"/>
          <w:sz w:val="22"/>
        </w:rPr>
        <w:t xml:space="preserve"> </w:t>
      </w:r>
    </w:p>
    <w:p>
      <w:pPr>
        <w:keepNext/>
        <w:spacing w:before="0" w:after="0" w:line="360" w:lineRule="exact"/>
        <w:pBdr>
          <w:bottom w:val="single" w:sz="3" w:color="C8CDD3" w:space="1"/>
          <w:between w:val="single" w:sz="3" w:color="C8CDD3" w:space="1"/>
        </w:pBdr>
      </w:pPr>
      <w:r>
        <w:rPr>
          <w:b w:val="0"/>
          <w:color w:val="000000"/>
          <w:sz w:val="22"/>
        </w:rPr>
        <w:t xml:space="preserve"> </w:t>
      </w:r>
    </w:p>
    <w:p>
      <w:pPr>
        <w:keepNext w:val="0"/>
        <w:spacing w:before="0" w:after="0" w:line="360" w:lineRule="exact"/>
        <w:pBdr>
          <w:bottom w:val="single" w:sz="3" w:color="C8CDD3" w:space="1"/>
          <w:between w:val="single" w:sz="3" w:color="C8CDD3" w:space="1"/>
        </w:pBdr>
      </w:pPr>
      <w:r>
        <w:rPr>
          <w:b w:val="0"/>
          <w:color w:val="000000"/>
          <w:sz w:val="22"/>
        </w:rPr>
        <w:t xml:space="preserve"> </w:t>
      </w:r>
    </w:p>
    <w:p>
      <w:pPr>
        <w:keepNext/>
        <w:spacing w:before="140" w:after="40" w:line="269" w:lineRule="auto"/>
      </w:pPr>
      <w:r>
        <w:rPr>
          <w:b/>
          <w:color w:val="000000"/>
          <w:sz w:val="22"/>
        </w:rPr>
        <w:t xml:space="preserve">03   </w:t>
      </w:r>
      <w:r>
        <w:rPr>
          <w:b/>
          <w:color w:val="000000"/>
          <w:sz w:val="22"/>
        </w:rPr>
        <w:t>Was wünsche ich mir in der Zusammenarbeit</w:t>
      </w:r>
    </w:p>
    <w:p>
      <w:pPr>
        <w:keepNext/>
        <w:spacing w:before="0" w:after="20" w:line="269" w:lineRule="auto"/>
      </w:pPr>
      <w:r>
        <w:rPr>
          <w:b w:val="0"/>
          <w:color w:val="52525B"/>
          <w:sz w:val="19"/>
        </w:rPr>
        <w:t>Was sollte bleiben oder sich ändern? Notieren Sie ein Beispiel und eine konkrete Bitte.</w:t>
      </w:r>
    </w:p>
    <w:p>
      <w:pPr>
        <w:keepNext/>
        <w:spacing w:before="0" w:after="0" w:line="360" w:lineRule="exact"/>
        <w:pBdr>
          <w:bottom w:val="single" w:sz="3" w:color="C8CDD3" w:space="1"/>
          <w:between w:val="single" w:sz="3" w:color="C8CDD3" w:space="1"/>
        </w:pBdr>
      </w:pPr>
      <w:r>
        <w:rPr>
          <w:b w:val="0"/>
          <w:color w:val="000000"/>
          <w:sz w:val="22"/>
        </w:rPr>
        <w:t xml:space="preserve"> </w:t>
      </w:r>
    </w:p>
    <w:p>
      <w:pPr>
        <w:keepNext/>
        <w:spacing w:before="0" w:after="0" w:line="360" w:lineRule="exact"/>
        <w:pBdr>
          <w:bottom w:val="single" w:sz="3" w:color="C8CDD3" w:space="1"/>
          <w:between w:val="single" w:sz="3" w:color="C8CDD3" w:space="1"/>
        </w:pBdr>
      </w:pPr>
      <w:r>
        <w:rPr>
          <w:b w:val="0"/>
          <w:color w:val="000000"/>
          <w:sz w:val="22"/>
        </w:rPr>
        <w:t xml:space="preserve"> </w:t>
      </w:r>
    </w:p>
    <w:p>
      <w:pPr>
        <w:keepNext w:val="0"/>
        <w:spacing w:before="0" w:after="0" w:line="360" w:lineRule="exact"/>
        <w:pBdr>
          <w:bottom w:val="single" w:sz="3" w:color="C8CDD3" w:space="1"/>
          <w:between w:val="single" w:sz="3" w:color="C8CDD3" w:space="1"/>
        </w:pBdr>
      </w:pPr>
      <w:r>
        <w:rPr>
          <w:b w:val="0"/>
          <w:color w:val="000000"/>
          <w:sz w:val="22"/>
        </w:rPr>
        <w:t xml:space="preserve"> </w:t>
      </w:r>
    </w:p>
    <w:p>
      <w:pPr>
        <w:keepNext/>
        <w:spacing w:before="140" w:after="40" w:line="269" w:lineRule="auto"/>
      </w:pPr>
      <w:r>
        <w:rPr>
          <w:b/>
          <w:color w:val="000000"/>
          <w:sz w:val="22"/>
        </w:rPr>
        <w:t xml:space="preserve">04   </w:t>
      </w:r>
      <w:r>
        <w:rPr>
          <w:b/>
          <w:color w:val="000000"/>
          <w:sz w:val="22"/>
        </w:rPr>
        <w:t>Was möchte ich als Nächstes lernen</w:t>
      </w:r>
    </w:p>
    <w:p>
      <w:pPr>
        <w:keepNext/>
        <w:spacing w:before="0" w:after="20" w:line="269" w:lineRule="auto"/>
      </w:pPr>
      <w:r>
        <w:rPr>
          <w:b w:val="0"/>
          <w:color w:val="52525B"/>
          <w:sz w:val="19"/>
        </w:rPr>
        <w:t>Welche Aufgabe möchten Sie ausprobieren? Welche Unterstützung brauchen Sie dafür?</w:t>
      </w:r>
    </w:p>
    <w:p>
      <w:pPr>
        <w:keepNext/>
        <w:spacing w:before="0" w:after="0" w:line="360" w:lineRule="exact"/>
        <w:pBdr>
          <w:bottom w:val="single" w:sz="3" w:color="C8CDD3" w:space="1"/>
          <w:between w:val="single" w:sz="3" w:color="C8CDD3" w:space="1"/>
        </w:pBdr>
      </w:pPr>
      <w:r>
        <w:rPr>
          <w:b w:val="0"/>
          <w:color w:val="000000"/>
          <w:sz w:val="22"/>
        </w:rPr>
        <w:t xml:space="preserve"> </w:t>
      </w:r>
    </w:p>
    <w:p>
      <w:pPr>
        <w:keepNext/>
        <w:spacing w:before="0" w:after="0" w:line="360" w:lineRule="exact"/>
        <w:pBdr>
          <w:bottom w:val="single" w:sz="3" w:color="C8CDD3" w:space="1"/>
          <w:between w:val="single" w:sz="3" w:color="C8CDD3" w:space="1"/>
        </w:pBdr>
      </w:pPr>
      <w:r>
        <w:rPr>
          <w:b w:val="0"/>
          <w:color w:val="000000"/>
          <w:sz w:val="22"/>
        </w:rPr>
        <w:t xml:space="preserve"> </w:t>
      </w:r>
    </w:p>
    <w:p>
      <w:pPr>
        <w:keepNext w:val="0"/>
        <w:spacing w:before="0" w:after="0" w:line="360" w:lineRule="exact"/>
        <w:pBdr>
          <w:bottom w:val="single" w:sz="3" w:color="C8CDD3" w:space="1"/>
          <w:between w:val="single" w:sz="3" w:color="C8CDD3" w:space="1"/>
        </w:pBdr>
      </w:pPr>
      <w:r>
        <w:rPr>
          <w:b w:val="0"/>
          <w:color w:val="000000"/>
          <w:sz w:val="22"/>
        </w:rPr>
        <w:t xml:space="preserve"> </w:t>
      </w:r>
    </w:p>
    <w:p>
      <w:pPr>
        <w:keepNext/>
        <w:spacing w:before="180" w:after="20" w:line="269" w:lineRule="auto"/>
      </w:pPr>
      <w:r>
        <w:rPr>
          <w:b/>
          <w:color w:val="000000"/>
          <w:sz w:val="20"/>
        </w:rPr>
        <w:t>Mein wichtigstes Thema für das Gespräch</w:t>
      </w:r>
    </w:p>
    <w:p>
      <w:pPr>
        <w:keepNext w:val="0"/>
        <w:spacing w:before="0" w:after="0" w:line="360" w:lineRule="exact"/>
        <w:pBdr>
          <w:bottom w:val="single" w:sz="3" w:color="C8CDD3" w:space="1"/>
          <w:between w:val="single" w:sz="3" w:color="C8CDD3" w:space="1"/>
        </w:pBdr>
      </w:pPr>
      <w:r>
        <w:rPr>
          <w:b w:val="0"/>
          <w:color w:val="000000"/>
          <w:sz w:val="22"/>
        </w:rPr>
        <w:t xml:space="preserve"> </w:t>
      </w:r>
    </w:p>
    <w:p>
      <w:pPr>
        <w:pStyle w:val="Heading2"/>
        <w:keepNext/>
        <w:spacing w:before="180" w:after="60" w:line="269" w:lineRule="auto"/>
      </w:pPr>
      <w:r>
        <w:t>So geht es im Gespräch weiter</w:t>
      </w:r>
    </w:p>
    <w:p>
      <w:pPr>
        <w:keepNext w:val="0"/>
        <w:spacing w:before="0" w:after="0" w:line="269" w:lineRule="auto"/>
      </w:pPr>
      <w:r>
        <w:rPr>
          <w:b w:val="0"/>
          <w:color w:val="000000"/>
          <w:sz w:val="19"/>
        </w:rPr>
        <w:t>Bringen Sie Ihre ausgewählten Punkte ein. Erst nach dem Austausch werden besprochene Ergebnisse auf Seite 3 und vereinbarte Schritte auf Seite 4 notiert.</w:t>
      </w:r>
    </w:p>
    <w:p>
      <w:r>
        <w:br w:type="page"/>
      </w:r>
    </w:p>
    <w:p>
      <w:pPr>
        <w:keepNext/>
        <w:tabs>
          <w:tab w:pos="9978" w:val="right"/>
        </w:tabs>
        <w:spacing w:before="0" w:after="240" w:line="269" w:lineRule="auto"/>
      </w:pPr>
      <w:r>
        <w:rPr>
          <w:b/>
          <w:color w:val="000000"/>
          <w:sz w:val="18"/>
        </w:rPr>
        <w:t>Mitarbeitergespräch</w:t>
      </w:r>
      <w:r>
        <w:rPr>
          <w:b w:val="0"/>
          <w:color w:val="000000"/>
          <w:sz w:val="21"/>
        </w:rPr>
        <w:tab/>
      </w:r>
      <w:hyperlink r:id="rId10">
        <w:r>
          <w:rPr>
            <w:color w:val="000000"/>
            <w:sz w:val="20"/>
            <w:b/>
            <w:u w:val="single"/>
          </w:rPr>
          <w:t>https://www.riteful.ai/de/</w:t>
        </w:r>
      </w:hyperlink>
    </w:p>
    <w:p>
      <w:pPr>
        <w:keepNext/>
        <w:spacing w:before="0" w:after="60" w:line="269" w:lineRule="auto"/>
      </w:pPr>
      <w:r>
        <w:rPr>
          <w:b/>
          <w:color w:val="000000"/>
          <w:sz w:val="18"/>
        </w:rPr>
        <w:t>FÜHRUNGSKRAFT</w:t>
      </w:r>
    </w:p>
    <w:p>
      <w:pPr>
        <w:pStyle w:val="Title"/>
        <w:keepNext/>
        <w:spacing w:before="0" w:after="100" w:line="269" w:lineRule="auto"/>
      </w:pPr>
      <w:r>
        <w:t>Meine Vorbereitung</w:t>
      </w:r>
    </w:p>
    <w:p>
      <w:pPr>
        <w:keepNext/>
        <w:spacing w:before="0" w:after="100" w:line="269" w:lineRule="auto"/>
      </w:pPr>
      <w:r>
        <w:rPr>
          <w:b w:val="0"/>
          <w:color w:val="000000"/>
          <w:sz w:val="21"/>
        </w:rPr>
        <w:t>Füllen Sie diese Seite vor dem Gespräch für sich aus. Nutzen Sie Beispiele aus dem gesamten Zeitraum und lassen Sie Raum für die Sicht der anderen Person.</w:t>
      </w:r>
    </w:p>
    <w:p>
      <w:pPr>
        <w:keepNext/>
        <w:spacing w:before="80" w:after="0" w:line="269" w:lineRule="auto"/>
      </w:pPr>
      <w:r>
        <w:rPr>
          <w:b w:val="0"/>
          <w:color w:val="52525B"/>
          <w:sz w:val="18"/>
        </w:rPr>
        <w:t>Mein Name / Gespräch mit</w:t>
      </w:r>
    </w:p>
    <w:p>
      <w:pPr>
        <w:keepNext w:val="0"/>
        <w:spacing w:before="0" w:after="0" w:line="320" w:lineRule="exact"/>
        <w:pBdr>
          <w:bottom w:val="single" w:sz="3" w:color="C8CDD3" w:space="1"/>
          <w:between w:val="single" w:sz="3" w:color="C8CDD3" w:space="1"/>
        </w:pBdr>
      </w:pPr>
      <w:r>
        <w:rPr>
          <w:b w:val="0"/>
          <w:color w:val="000000"/>
          <w:sz w:val="22"/>
        </w:rPr>
        <w:t xml:space="preserve"> </w:t>
      </w:r>
    </w:p>
    <w:p>
      <w:pPr>
        <w:keepNext/>
        <w:spacing w:before="80" w:after="0" w:line="269" w:lineRule="auto"/>
      </w:pPr>
      <w:r>
        <w:rPr>
          <w:b w:val="0"/>
          <w:color w:val="52525B"/>
          <w:sz w:val="18"/>
        </w:rPr>
        <w:t>Gespräch am / Rückblick von bis</w:t>
      </w:r>
    </w:p>
    <w:p>
      <w:pPr>
        <w:keepNext w:val="0"/>
        <w:spacing w:before="0" w:after="0" w:line="320" w:lineRule="exact"/>
        <w:pBdr>
          <w:bottom w:val="single" w:sz="3" w:color="C8CDD3" w:space="1"/>
          <w:between w:val="single" w:sz="3" w:color="C8CDD3" w:space="1"/>
        </w:pBdr>
      </w:pPr>
      <w:r>
        <w:rPr>
          <w:b w:val="0"/>
          <w:color w:val="000000"/>
          <w:sz w:val="22"/>
        </w:rPr>
        <w:t xml:space="preserve"> </w:t>
      </w:r>
    </w:p>
    <w:p>
      <w:pPr>
        <w:keepNext/>
        <w:spacing w:before="140" w:after="40" w:line="269" w:lineRule="auto"/>
      </w:pPr>
      <w:r>
        <w:rPr>
          <w:b/>
          <w:color w:val="000000"/>
          <w:sz w:val="22"/>
        </w:rPr>
        <w:t xml:space="preserve">01   </w:t>
      </w:r>
      <w:r>
        <w:rPr>
          <w:b/>
          <w:color w:val="000000"/>
          <w:sz w:val="22"/>
        </w:rPr>
        <w:t>Welche Beiträge habe ich beobachtet</w:t>
      </w:r>
    </w:p>
    <w:p>
      <w:pPr>
        <w:keepNext/>
        <w:spacing w:before="0" w:after="20" w:line="269" w:lineRule="auto"/>
      </w:pPr>
      <w:r>
        <w:rPr>
          <w:b w:val="0"/>
          <w:color w:val="52525B"/>
          <w:sz w:val="19"/>
        </w:rPr>
        <w:t>Welche Aufgabe oder welches Ziel war vereinbart? Welches Beispiel zeigt den Beitrag?</w:t>
      </w:r>
    </w:p>
    <w:p>
      <w:pPr>
        <w:keepNext/>
        <w:spacing w:before="0" w:after="0" w:line="360" w:lineRule="exact"/>
        <w:pBdr>
          <w:bottom w:val="single" w:sz="3" w:color="C8CDD3" w:space="1"/>
          <w:between w:val="single" w:sz="3" w:color="C8CDD3" w:space="1"/>
        </w:pBdr>
      </w:pPr>
      <w:r>
        <w:rPr>
          <w:b w:val="0"/>
          <w:color w:val="000000"/>
          <w:sz w:val="22"/>
        </w:rPr>
        <w:t xml:space="preserve"> </w:t>
      </w:r>
    </w:p>
    <w:p>
      <w:pPr>
        <w:keepNext/>
        <w:spacing w:before="0" w:after="0" w:line="360" w:lineRule="exact"/>
        <w:pBdr>
          <w:bottom w:val="single" w:sz="3" w:color="C8CDD3" w:space="1"/>
          <w:between w:val="single" w:sz="3" w:color="C8CDD3" w:space="1"/>
        </w:pBdr>
      </w:pPr>
      <w:r>
        <w:rPr>
          <w:b w:val="0"/>
          <w:color w:val="000000"/>
          <w:sz w:val="22"/>
        </w:rPr>
        <w:t xml:space="preserve"> </w:t>
      </w:r>
    </w:p>
    <w:p>
      <w:pPr>
        <w:keepNext w:val="0"/>
        <w:spacing w:before="0" w:after="0" w:line="360" w:lineRule="exact"/>
        <w:pBdr>
          <w:bottom w:val="single" w:sz="3" w:color="C8CDD3" w:space="1"/>
          <w:between w:val="single" w:sz="3" w:color="C8CDD3" w:space="1"/>
        </w:pBdr>
      </w:pPr>
      <w:r>
        <w:rPr>
          <w:b w:val="0"/>
          <w:color w:val="000000"/>
          <w:sz w:val="22"/>
        </w:rPr>
        <w:t xml:space="preserve"> </w:t>
      </w:r>
    </w:p>
    <w:p>
      <w:pPr>
        <w:keepNext/>
        <w:spacing w:before="140" w:after="40" w:line="269" w:lineRule="auto"/>
      </w:pPr>
      <w:r>
        <w:rPr>
          <w:b/>
          <w:color w:val="000000"/>
          <w:sz w:val="22"/>
        </w:rPr>
        <w:t xml:space="preserve">02   </w:t>
      </w:r>
      <w:r>
        <w:rPr>
          <w:b/>
          <w:color w:val="000000"/>
          <w:sz w:val="22"/>
        </w:rPr>
        <w:t>Was hat die Arbeit erschwert</w:t>
      </w:r>
    </w:p>
    <w:p>
      <w:pPr>
        <w:keepNext/>
        <w:spacing w:before="0" w:after="20" w:line="269" w:lineRule="auto"/>
      </w:pPr>
      <w:r>
        <w:rPr>
          <w:b w:val="0"/>
          <w:color w:val="52525B"/>
          <w:sz w:val="19"/>
        </w:rPr>
        <w:t>Was hat sich verändert? Wo haben meine Entscheidungen oder fehlende Unterstützung mitgewirkt?</w:t>
      </w:r>
    </w:p>
    <w:p>
      <w:pPr>
        <w:keepNext/>
        <w:spacing w:before="0" w:after="0" w:line="360" w:lineRule="exact"/>
        <w:pBdr>
          <w:bottom w:val="single" w:sz="3" w:color="C8CDD3" w:space="1"/>
          <w:between w:val="single" w:sz="3" w:color="C8CDD3" w:space="1"/>
        </w:pBdr>
      </w:pPr>
      <w:r>
        <w:rPr>
          <w:b w:val="0"/>
          <w:color w:val="000000"/>
          <w:sz w:val="22"/>
        </w:rPr>
        <w:t xml:space="preserve"> </w:t>
      </w:r>
    </w:p>
    <w:p>
      <w:pPr>
        <w:keepNext/>
        <w:spacing w:before="0" w:after="0" w:line="360" w:lineRule="exact"/>
        <w:pBdr>
          <w:bottom w:val="single" w:sz="3" w:color="C8CDD3" w:space="1"/>
          <w:between w:val="single" w:sz="3" w:color="C8CDD3" w:space="1"/>
        </w:pBdr>
      </w:pPr>
      <w:r>
        <w:rPr>
          <w:b w:val="0"/>
          <w:color w:val="000000"/>
          <w:sz w:val="22"/>
        </w:rPr>
        <w:t xml:space="preserve"> </w:t>
      </w:r>
    </w:p>
    <w:p>
      <w:pPr>
        <w:keepNext w:val="0"/>
        <w:spacing w:before="0" w:after="0" w:line="360" w:lineRule="exact"/>
        <w:pBdr>
          <w:bottom w:val="single" w:sz="3" w:color="C8CDD3" w:space="1"/>
          <w:between w:val="single" w:sz="3" w:color="C8CDD3" w:space="1"/>
        </w:pBdr>
      </w:pPr>
      <w:r>
        <w:rPr>
          <w:b w:val="0"/>
          <w:color w:val="000000"/>
          <w:sz w:val="22"/>
        </w:rPr>
        <w:t xml:space="preserve"> </w:t>
      </w:r>
    </w:p>
    <w:p>
      <w:pPr>
        <w:keepNext/>
        <w:spacing w:before="140" w:after="40" w:line="269" w:lineRule="auto"/>
      </w:pPr>
      <w:r>
        <w:rPr>
          <w:b/>
          <w:color w:val="000000"/>
          <w:sz w:val="22"/>
        </w:rPr>
        <w:t xml:space="preserve">03   </w:t>
      </w:r>
      <w:r>
        <w:rPr>
          <w:b/>
          <w:color w:val="000000"/>
          <w:sz w:val="22"/>
        </w:rPr>
        <w:t>Was möchte ich zur Zusammenarbeit besprechen</w:t>
      </w:r>
    </w:p>
    <w:p>
      <w:pPr>
        <w:keepNext/>
        <w:spacing w:before="0" w:after="20" w:line="269" w:lineRule="auto"/>
      </w:pPr>
      <w:r>
        <w:rPr>
          <w:b w:val="0"/>
          <w:color w:val="52525B"/>
          <w:sz w:val="19"/>
        </w:rPr>
        <w:t>Trennen Sie Beobachtung und Deutung. Was möchten Sie anerkennen, klären oder anders vereinbaren?</w:t>
      </w:r>
    </w:p>
    <w:p>
      <w:pPr>
        <w:keepNext/>
        <w:spacing w:before="0" w:after="0" w:line="360" w:lineRule="exact"/>
        <w:pBdr>
          <w:bottom w:val="single" w:sz="3" w:color="C8CDD3" w:space="1"/>
          <w:between w:val="single" w:sz="3" w:color="C8CDD3" w:space="1"/>
        </w:pBdr>
      </w:pPr>
      <w:r>
        <w:rPr>
          <w:b w:val="0"/>
          <w:color w:val="000000"/>
          <w:sz w:val="22"/>
        </w:rPr>
        <w:t xml:space="preserve"> </w:t>
      </w:r>
    </w:p>
    <w:p>
      <w:pPr>
        <w:keepNext/>
        <w:spacing w:before="0" w:after="0" w:line="360" w:lineRule="exact"/>
        <w:pBdr>
          <w:bottom w:val="single" w:sz="3" w:color="C8CDD3" w:space="1"/>
          <w:between w:val="single" w:sz="3" w:color="C8CDD3" w:space="1"/>
        </w:pBdr>
      </w:pPr>
      <w:r>
        <w:rPr>
          <w:b w:val="0"/>
          <w:color w:val="000000"/>
          <w:sz w:val="22"/>
        </w:rPr>
        <w:t xml:space="preserve"> </w:t>
      </w:r>
    </w:p>
    <w:p>
      <w:pPr>
        <w:keepNext w:val="0"/>
        <w:spacing w:before="0" w:after="0" w:line="360" w:lineRule="exact"/>
        <w:pBdr>
          <w:bottom w:val="single" w:sz="3" w:color="C8CDD3" w:space="1"/>
          <w:between w:val="single" w:sz="3" w:color="C8CDD3" w:space="1"/>
        </w:pBdr>
      </w:pPr>
      <w:r>
        <w:rPr>
          <w:b w:val="0"/>
          <w:color w:val="000000"/>
          <w:sz w:val="22"/>
        </w:rPr>
        <w:t xml:space="preserve"> </w:t>
      </w:r>
    </w:p>
    <w:p>
      <w:pPr>
        <w:keepNext/>
        <w:spacing w:before="140" w:after="40" w:line="269" w:lineRule="auto"/>
      </w:pPr>
      <w:r>
        <w:rPr>
          <w:b/>
          <w:color w:val="000000"/>
          <w:sz w:val="22"/>
        </w:rPr>
        <w:t xml:space="preserve">04   </w:t>
      </w:r>
      <w:r>
        <w:rPr>
          <w:b/>
          <w:color w:val="000000"/>
          <w:sz w:val="22"/>
        </w:rPr>
        <w:t>Welche Entwicklung kann ich unterstützen</w:t>
      </w:r>
    </w:p>
    <w:p>
      <w:pPr>
        <w:keepNext/>
        <w:spacing w:before="0" w:after="20" w:line="269" w:lineRule="auto"/>
      </w:pPr>
      <w:r>
        <w:rPr>
          <w:b w:val="0"/>
          <w:color w:val="52525B"/>
          <w:sz w:val="19"/>
        </w:rPr>
        <w:t>Welche Lerngelegenheit kann ich anbieten? Fragen Sie auch nach den Wünschen der anderen Person.</w:t>
      </w:r>
    </w:p>
    <w:p>
      <w:pPr>
        <w:keepNext/>
        <w:spacing w:before="0" w:after="0" w:line="360" w:lineRule="exact"/>
        <w:pBdr>
          <w:bottom w:val="single" w:sz="3" w:color="C8CDD3" w:space="1"/>
          <w:between w:val="single" w:sz="3" w:color="C8CDD3" w:space="1"/>
        </w:pBdr>
      </w:pPr>
      <w:r>
        <w:rPr>
          <w:b w:val="0"/>
          <w:color w:val="000000"/>
          <w:sz w:val="22"/>
        </w:rPr>
        <w:t xml:space="preserve"> </w:t>
      </w:r>
    </w:p>
    <w:p>
      <w:pPr>
        <w:keepNext/>
        <w:spacing w:before="0" w:after="0" w:line="360" w:lineRule="exact"/>
        <w:pBdr>
          <w:bottom w:val="single" w:sz="3" w:color="C8CDD3" w:space="1"/>
          <w:between w:val="single" w:sz="3" w:color="C8CDD3" w:space="1"/>
        </w:pBdr>
      </w:pPr>
      <w:r>
        <w:rPr>
          <w:b w:val="0"/>
          <w:color w:val="000000"/>
          <w:sz w:val="22"/>
        </w:rPr>
        <w:t xml:space="preserve"> </w:t>
      </w:r>
    </w:p>
    <w:p>
      <w:pPr>
        <w:keepNext w:val="0"/>
        <w:spacing w:before="0" w:after="0" w:line="360" w:lineRule="exact"/>
        <w:pBdr>
          <w:bottom w:val="single" w:sz="3" w:color="C8CDD3" w:space="1"/>
          <w:between w:val="single" w:sz="3" w:color="C8CDD3" w:space="1"/>
        </w:pBdr>
      </w:pPr>
      <w:r>
        <w:rPr>
          <w:b w:val="0"/>
          <w:color w:val="000000"/>
          <w:sz w:val="22"/>
        </w:rPr>
        <w:t xml:space="preserve"> </w:t>
      </w:r>
    </w:p>
    <w:p>
      <w:pPr>
        <w:keepNext/>
        <w:spacing w:before="180" w:after="20" w:line="269" w:lineRule="auto"/>
      </w:pPr>
      <w:r>
        <w:rPr>
          <w:b/>
          <w:color w:val="000000"/>
          <w:sz w:val="20"/>
        </w:rPr>
        <w:t>Was ich die andere Person unbedingt fragen möchte</w:t>
      </w:r>
    </w:p>
    <w:p>
      <w:pPr>
        <w:keepNext w:val="0"/>
        <w:spacing w:before="0" w:after="0" w:line="360" w:lineRule="exact"/>
        <w:pBdr>
          <w:bottom w:val="single" w:sz="3" w:color="C8CDD3" w:space="1"/>
          <w:between w:val="single" w:sz="3" w:color="C8CDD3" w:space="1"/>
        </w:pBdr>
      </w:pPr>
      <w:r>
        <w:rPr>
          <w:b w:val="0"/>
          <w:color w:val="000000"/>
          <w:sz w:val="22"/>
        </w:rPr>
        <w:t xml:space="preserve"> </w:t>
      </w:r>
    </w:p>
    <w:p>
      <w:pPr>
        <w:pStyle w:val="Heading2"/>
        <w:keepNext/>
        <w:spacing w:before="180" w:after="60" w:line="269" w:lineRule="auto"/>
      </w:pPr>
      <w:r>
        <w:t>So geht es im Gespräch weiter</w:t>
      </w:r>
    </w:p>
    <w:p>
      <w:pPr>
        <w:keepNext w:val="0"/>
        <w:spacing w:before="0" w:after="0" w:line="269" w:lineRule="auto"/>
      </w:pPr>
      <w:r>
        <w:rPr>
          <w:b w:val="0"/>
          <w:color w:val="000000"/>
          <w:sz w:val="19"/>
        </w:rPr>
        <w:t>Hören Sie zuerst beide Perspektiven. Übernehmen Sie auf Seite 3 nur besprochene Ergebnisse. Unterschiedliche Sichtweisen dürfen als solche stehen bleiben.</w:t>
      </w:r>
    </w:p>
    <w:p>
      <w:r>
        <w:br w:type="page"/>
      </w:r>
    </w:p>
    <w:p>
      <w:pPr>
        <w:keepNext/>
        <w:tabs>
          <w:tab w:pos="9978" w:val="right"/>
        </w:tabs>
        <w:spacing w:before="0" w:after="240" w:line="269" w:lineRule="auto"/>
      </w:pPr>
      <w:r>
        <w:rPr>
          <w:b/>
          <w:color w:val="000000"/>
          <w:sz w:val="18"/>
        </w:rPr>
        <w:t>Mitarbeitergespräch</w:t>
      </w:r>
      <w:r>
        <w:rPr>
          <w:b w:val="0"/>
          <w:color w:val="000000"/>
          <w:sz w:val="21"/>
        </w:rPr>
        <w:tab/>
      </w:r>
      <w:hyperlink r:id="rId10">
        <w:r>
          <w:rPr>
            <w:color w:val="000000"/>
            <w:sz w:val="20"/>
            <w:b/>
            <w:u w:val="single"/>
          </w:rPr>
          <w:t>https://www.riteful.ai/de/</w:t>
        </w:r>
      </w:hyperlink>
    </w:p>
    <w:p>
      <w:pPr>
        <w:keepNext/>
        <w:spacing w:before="0" w:after="60" w:line="269" w:lineRule="auto"/>
      </w:pPr>
      <w:r>
        <w:rPr>
          <w:b/>
          <w:color w:val="000000"/>
          <w:sz w:val="18"/>
        </w:rPr>
        <w:t>BEIDE GEMEINSAM</w:t>
      </w:r>
    </w:p>
    <w:p>
      <w:pPr>
        <w:pStyle w:val="Title"/>
        <w:keepNext/>
        <w:spacing w:before="0" w:after="100" w:line="269" w:lineRule="auto"/>
      </w:pPr>
      <w:r>
        <w:t>Gesprächsprotokoll</w:t>
      </w:r>
    </w:p>
    <w:p>
      <w:pPr>
        <w:keepNext/>
        <w:spacing w:before="0" w:after="100" w:line="269" w:lineRule="auto"/>
      </w:pPr>
      <w:r>
        <w:rPr>
          <w:b w:val="0"/>
          <w:color w:val="000000"/>
          <w:sz w:val="21"/>
        </w:rPr>
        <w:t>Füllen Sie diese Seite im Gespräch aus. Fassen Sie gemeinsam zusammen, was besprochen wurde. Persönliche Notizen werden nicht automatisch übernommen.</w:t>
      </w:r>
    </w:p>
    <w:p>
      <w:pPr>
        <w:keepNext/>
        <w:spacing w:before="80" w:after="0" w:line="269" w:lineRule="auto"/>
      </w:pPr>
      <w:r>
        <w:rPr>
          <w:b w:val="0"/>
          <w:color w:val="52525B"/>
          <w:sz w:val="18"/>
        </w:rPr>
        <w:t>Mitarbeitende Person und Rolle / Führungskraft</w:t>
      </w:r>
    </w:p>
    <w:p>
      <w:pPr>
        <w:keepNext w:val="0"/>
        <w:spacing w:before="0" w:after="0" w:line="320" w:lineRule="exact"/>
        <w:pBdr>
          <w:bottom w:val="single" w:sz="3" w:color="C8CDD3" w:space="1"/>
          <w:between w:val="single" w:sz="3" w:color="C8CDD3" w:space="1"/>
        </w:pBdr>
      </w:pPr>
      <w:r>
        <w:rPr>
          <w:b w:val="0"/>
          <w:color w:val="000000"/>
          <w:sz w:val="22"/>
        </w:rPr>
        <w:t xml:space="preserve"> </w:t>
      </w:r>
    </w:p>
    <w:p>
      <w:pPr>
        <w:keepNext/>
        <w:spacing w:before="80" w:after="0" w:line="269" w:lineRule="auto"/>
      </w:pPr>
      <w:r>
        <w:rPr>
          <w:b w:val="0"/>
          <w:color w:val="52525B"/>
          <w:sz w:val="18"/>
        </w:rPr>
        <w:t>Gespräch am / Betrachteter Zeitraum</w:t>
      </w:r>
    </w:p>
    <w:p>
      <w:pPr>
        <w:keepNext w:val="0"/>
        <w:spacing w:before="0" w:after="0" w:line="320" w:lineRule="exact"/>
        <w:pBdr>
          <w:bottom w:val="single" w:sz="3" w:color="C8CDD3" w:space="1"/>
          <w:between w:val="single" w:sz="3" w:color="C8CDD3" w:space="1"/>
        </w:pBdr>
      </w:pPr>
      <w:r>
        <w:rPr>
          <w:b w:val="0"/>
          <w:color w:val="000000"/>
          <w:sz w:val="22"/>
        </w:rPr>
        <w:t xml:space="preserve"> </w:t>
      </w:r>
    </w:p>
    <w:p>
      <w:pPr>
        <w:keepNext/>
        <w:spacing w:before="80" w:after="0" w:line="269" w:lineRule="auto"/>
      </w:pPr>
      <w:r>
        <w:rPr>
          <w:b w:val="0"/>
          <w:color w:val="52525B"/>
          <w:sz w:val="18"/>
        </w:rPr>
        <w:t>Anlass und gemeinsam vereinbarter Schwerpunkt</w:t>
      </w:r>
    </w:p>
    <w:p>
      <w:pPr>
        <w:keepNext w:val="0"/>
        <w:spacing w:before="0" w:after="0" w:line="320" w:lineRule="exact"/>
        <w:pBdr>
          <w:bottom w:val="single" w:sz="3" w:color="C8CDD3" w:space="1"/>
          <w:between w:val="single" w:sz="3" w:color="C8CDD3" w:space="1"/>
        </w:pBdr>
      </w:pPr>
      <w:r>
        <w:rPr>
          <w:b w:val="0"/>
          <w:color w:val="000000"/>
          <w:sz w:val="22"/>
        </w:rPr>
        <w:t xml:space="preserve"> </w:t>
      </w:r>
    </w:p>
    <w:p>
      <w:pPr>
        <w:keepNext/>
        <w:spacing w:before="140" w:after="40" w:line="269" w:lineRule="auto"/>
      </w:pPr>
      <w:r>
        <w:rPr>
          <w:b/>
          <w:color w:val="000000"/>
          <w:sz w:val="22"/>
        </w:rPr>
        <w:t>Rückblick und Rahmenbedingungen</w:t>
      </w:r>
    </w:p>
    <w:p>
      <w:pPr>
        <w:keepNext/>
        <w:spacing w:before="0" w:after="20" w:line="269" w:lineRule="auto"/>
      </w:pPr>
      <w:r>
        <w:rPr>
          <w:b w:val="0"/>
          <w:color w:val="52525B"/>
          <w:sz w:val="19"/>
        </w:rPr>
        <w:t>Aus 01 und 02: Welche Beiträge, Ergebnisse und Hindernisse haben wir gemeinsam besprochen?</w:t>
      </w:r>
    </w:p>
    <w:p>
      <w:pPr>
        <w:keepNext/>
        <w:spacing w:before="0" w:after="0" w:line="360" w:lineRule="exact"/>
        <w:pBdr>
          <w:bottom w:val="single" w:sz="3" w:color="C8CDD3" w:space="1"/>
          <w:between w:val="single" w:sz="3" w:color="C8CDD3" w:space="1"/>
        </w:pBdr>
      </w:pPr>
      <w:r>
        <w:rPr>
          <w:b w:val="0"/>
          <w:color w:val="000000"/>
          <w:sz w:val="22"/>
        </w:rPr>
        <w:t xml:space="preserve"> </w:t>
      </w:r>
    </w:p>
    <w:p>
      <w:pPr>
        <w:keepNext/>
        <w:spacing w:before="0" w:after="0" w:line="360" w:lineRule="exact"/>
        <w:pBdr>
          <w:bottom w:val="single" w:sz="3" w:color="C8CDD3" w:space="1"/>
          <w:between w:val="single" w:sz="3" w:color="C8CDD3" w:space="1"/>
        </w:pBdr>
      </w:pPr>
      <w:r>
        <w:rPr>
          <w:b w:val="0"/>
          <w:color w:val="000000"/>
          <w:sz w:val="22"/>
        </w:rPr>
        <w:t xml:space="preserve"> </w:t>
      </w:r>
    </w:p>
    <w:p>
      <w:pPr>
        <w:keepNext w:val="0"/>
        <w:spacing w:before="0" w:after="0" w:line="360" w:lineRule="exact"/>
        <w:pBdr>
          <w:bottom w:val="single" w:sz="3" w:color="C8CDD3" w:space="1"/>
          <w:between w:val="single" w:sz="3" w:color="C8CDD3" w:space="1"/>
        </w:pBdr>
      </w:pPr>
      <w:r>
        <w:rPr>
          <w:b w:val="0"/>
          <w:color w:val="000000"/>
          <w:sz w:val="22"/>
        </w:rPr>
        <w:t xml:space="preserve"> </w:t>
      </w:r>
    </w:p>
    <w:p>
      <w:pPr>
        <w:keepNext/>
        <w:spacing w:before="140" w:after="40" w:line="269" w:lineRule="auto"/>
      </w:pPr>
      <w:r>
        <w:rPr>
          <w:b/>
          <w:color w:val="000000"/>
          <w:sz w:val="22"/>
        </w:rPr>
        <w:t>Zusammenarbeit und unterschiedliche Sichtweisen</w:t>
      </w:r>
    </w:p>
    <w:p>
      <w:pPr>
        <w:keepNext/>
        <w:spacing w:before="0" w:after="20" w:line="269" w:lineRule="auto"/>
      </w:pPr>
      <w:r>
        <w:rPr>
          <w:b w:val="0"/>
          <w:color w:val="52525B"/>
          <w:sz w:val="19"/>
        </w:rPr>
        <w:t>Aus 03: Was soll bleiben oder sich ändern? Wessen Einschätzungen unterscheiden sich worin?</w:t>
      </w:r>
    </w:p>
    <w:p>
      <w:pPr>
        <w:keepNext/>
        <w:spacing w:before="0" w:after="0" w:line="360" w:lineRule="exact"/>
        <w:pBdr>
          <w:bottom w:val="single" w:sz="3" w:color="C8CDD3" w:space="1"/>
          <w:between w:val="single" w:sz="3" w:color="C8CDD3" w:space="1"/>
        </w:pBdr>
      </w:pPr>
      <w:r>
        <w:rPr>
          <w:b w:val="0"/>
          <w:color w:val="000000"/>
          <w:sz w:val="22"/>
        </w:rPr>
        <w:t xml:space="preserve"> </w:t>
      </w:r>
    </w:p>
    <w:p>
      <w:pPr>
        <w:keepNext/>
        <w:spacing w:before="0" w:after="0" w:line="360" w:lineRule="exact"/>
        <w:pBdr>
          <w:bottom w:val="single" w:sz="3" w:color="C8CDD3" w:space="1"/>
          <w:between w:val="single" w:sz="3" w:color="C8CDD3" w:space="1"/>
        </w:pBdr>
      </w:pPr>
      <w:r>
        <w:rPr>
          <w:b w:val="0"/>
          <w:color w:val="000000"/>
          <w:sz w:val="22"/>
        </w:rPr>
        <w:t xml:space="preserve"> </w:t>
      </w:r>
    </w:p>
    <w:p>
      <w:pPr>
        <w:keepNext w:val="0"/>
        <w:spacing w:before="0" w:after="0" w:line="360" w:lineRule="exact"/>
        <w:pBdr>
          <w:bottom w:val="single" w:sz="3" w:color="C8CDD3" w:space="1"/>
          <w:between w:val="single" w:sz="3" w:color="C8CDD3" w:space="1"/>
        </w:pBdr>
      </w:pPr>
      <w:r>
        <w:rPr>
          <w:b w:val="0"/>
          <w:color w:val="000000"/>
          <w:sz w:val="22"/>
        </w:rPr>
        <w:t xml:space="preserve"> </w:t>
      </w:r>
    </w:p>
    <w:p>
      <w:pPr>
        <w:keepNext/>
        <w:spacing w:before="140" w:after="40" w:line="269" w:lineRule="auto"/>
      </w:pPr>
      <w:r>
        <w:rPr>
          <w:b/>
          <w:color w:val="000000"/>
          <w:sz w:val="22"/>
        </w:rPr>
        <w:t>Entwicklungsziel</w:t>
      </w:r>
    </w:p>
    <w:p>
      <w:pPr>
        <w:keepNext/>
        <w:spacing w:before="0" w:after="20" w:line="269" w:lineRule="auto"/>
      </w:pPr>
      <w:r>
        <w:rPr>
          <w:b w:val="0"/>
          <w:color w:val="52525B"/>
          <w:sz w:val="19"/>
        </w:rPr>
        <w:t>Aus 04: Welche Fähigkeit oder Aufgabe wollen wir weiterentwickeln? In welcher Arbeitssituation?</w:t>
      </w:r>
    </w:p>
    <w:p>
      <w:pPr>
        <w:keepNext/>
        <w:spacing w:before="0" w:after="0" w:line="360" w:lineRule="exact"/>
        <w:pBdr>
          <w:bottom w:val="single" w:sz="3" w:color="C8CDD3" w:space="1"/>
          <w:between w:val="single" w:sz="3" w:color="C8CDD3" w:space="1"/>
        </w:pBdr>
      </w:pPr>
      <w:r>
        <w:rPr>
          <w:b w:val="0"/>
          <w:color w:val="000000"/>
          <w:sz w:val="22"/>
        </w:rPr>
        <w:t xml:space="preserve"> </w:t>
      </w:r>
    </w:p>
    <w:p>
      <w:pPr>
        <w:keepNext/>
        <w:spacing w:before="0" w:after="0" w:line="360" w:lineRule="exact"/>
        <w:pBdr>
          <w:bottom w:val="single" w:sz="3" w:color="C8CDD3" w:space="1"/>
          <w:between w:val="single" w:sz="3" w:color="C8CDD3" w:space="1"/>
        </w:pBdr>
      </w:pPr>
      <w:r>
        <w:rPr>
          <w:b w:val="0"/>
          <w:color w:val="000000"/>
          <w:sz w:val="22"/>
        </w:rPr>
        <w:t xml:space="preserve"> </w:t>
      </w:r>
    </w:p>
    <w:p>
      <w:pPr>
        <w:keepNext w:val="0"/>
        <w:spacing w:before="0" w:after="0" w:line="360" w:lineRule="exact"/>
        <w:pBdr>
          <w:bottom w:val="single" w:sz="3" w:color="C8CDD3" w:space="1"/>
          <w:between w:val="single" w:sz="3" w:color="C8CDD3" w:space="1"/>
        </w:pBdr>
      </w:pPr>
      <w:r>
        <w:rPr>
          <w:b w:val="0"/>
          <w:color w:val="000000"/>
          <w:sz w:val="22"/>
        </w:rPr>
        <w:t xml:space="preserve"> </w:t>
      </w:r>
    </w:p>
    <w:p>
      <w:pPr>
        <w:keepNext/>
        <w:spacing w:before="140" w:after="40" w:line="269" w:lineRule="auto"/>
      </w:pPr>
      <w:r>
        <w:rPr>
          <w:b/>
          <w:color w:val="000000"/>
          <w:sz w:val="22"/>
        </w:rPr>
        <w:t>Noch offen</w:t>
      </w:r>
    </w:p>
    <w:p>
      <w:pPr>
        <w:keepNext/>
        <w:spacing w:before="0" w:after="20" w:line="269" w:lineRule="auto"/>
      </w:pPr>
      <w:r>
        <w:rPr>
          <w:b w:val="0"/>
          <w:color w:val="52525B"/>
          <w:sz w:val="19"/>
        </w:rPr>
        <w:t>Welche Frage bleibt offen? Wer klärt sie bis wann? Unterschiedliche Sichtweisen erkennbar lassen.</w:t>
      </w:r>
    </w:p>
    <w:p>
      <w:pPr>
        <w:keepNext/>
        <w:spacing w:before="0" w:after="0" w:line="360" w:lineRule="exact"/>
        <w:pBdr>
          <w:bottom w:val="single" w:sz="3" w:color="C8CDD3" w:space="1"/>
          <w:between w:val="single" w:sz="3" w:color="C8CDD3" w:space="1"/>
        </w:pBdr>
      </w:pPr>
      <w:r>
        <w:rPr>
          <w:b w:val="0"/>
          <w:color w:val="000000"/>
          <w:sz w:val="22"/>
        </w:rPr>
        <w:t xml:space="preserve"> </w:t>
      </w:r>
    </w:p>
    <w:p>
      <w:pPr>
        <w:keepNext w:val="0"/>
        <w:spacing w:before="0" w:after="0" w:line="360" w:lineRule="exact"/>
        <w:pBdr>
          <w:bottom w:val="single" w:sz="3" w:color="C8CDD3" w:space="1"/>
          <w:between w:val="single" w:sz="3" w:color="C8CDD3" w:space="1"/>
        </w:pBdr>
      </w:pPr>
      <w:r>
        <w:rPr>
          <w:b w:val="0"/>
          <w:color w:val="000000"/>
          <w:sz w:val="22"/>
        </w:rPr>
        <w:t xml:space="preserve"> </w:t>
      </w:r>
    </w:p>
    <w:p>
      <w:pPr>
        <w:pStyle w:val="Heading2"/>
        <w:keepNext/>
        <w:spacing w:before="180" w:after="60" w:line="269" w:lineRule="auto"/>
      </w:pPr>
      <w:r>
        <w:t>Vom Ergebnis zur Vereinbarung</w:t>
      </w:r>
    </w:p>
    <w:p>
      <w:pPr>
        <w:keepNext w:val="0"/>
        <w:spacing w:before="0" w:after="0" w:line="269" w:lineRule="auto"/>
      </w:pPr>
      <w:r>
        <w:rPr>
          <w:b w:val="0"/>
          <w:color w:val="000000"/>
          <w:sz w:val="19"/>
        </w:rPr>
        <w:t>Übertragen Sie die gemeinsam vereinbarten Handlungen auf Seite 4. Eine Beobachtung allein ist noch keine Aufgabe.</w:t>
      </w:r>
    </w:p>
    <w:p>
      <w:r>
        <w:br w:type="page"/>
      </w:r>
    </w:p>
    <w:p>
      <w:pPr>
        <w:keepNext/>
        <w:tabs>
          <w:tab w:pos="9978" w:val="right"/>
        </w:tabs>
        <w:spacing w:before="0" w:after="240" w:line="269" w:lineRule="auto"/>
      </w:pPr>
      <w:r>
        <w:rPr>
          <w:b/>
          <w:color w:val="000000"/>
          <w:sz w:val="18"/>
        </w:rPr>
        <w:t>Mitarbeitergespräch</w:t>
      </w:r>
      <w:r>
        <w:rPr>
          <w:b w:val="0"/>
          <w:color w:val="000000"/>
          <w:sz w:val="21"/>
        </w:rPr>
        <w:tab/>
      </w:r>
      <w:hyperlink r:id="rId10">
        <w:r>
          <w:rPr>
            <w:color w:val="000000"/>
            <w:sz w:val="20"/>
            <w:b/>
            <w:u w:val="single"/>
          </w:rPr>
          <w:t>https://www.riteful.ai/de/</w:t>
        </w:r>
      </w:hyperlink>
    </w:p>
    <w:p>
      <w:pPr>
        <w:keepNext/>
        <w:spacing w:before="0" w:after="60" w:line="269" w:lineRule="auto"/>
      </w:pPr>
      <w:r>
        <w:rPr>
          <w:b/>
          <w:color w:val="000000"/>
          <w:sz w:val="18"/>
        </w:rPr>
        <w:t>BEIDE GEMEINSAM</w:t>
      </w:r>
    </w:p>
    <w:p>
      <w:pPr>
        <w:pStyle w:val="Title"/>
        <w:keepNext/>
        <w:spacing w:before="0" w:after="100" w:line="269" w:lineRule="auto"/>
      </w:pPr>
      <w:r>
        <w:t>Was wir vereinbaren</w:t>
      </w:r>
    </w:p>
    <w:p>
      <w:pPr>
        <w:keepNext/>
        <w:spacing w:before="0" w:after="100" w:line="269" w:lineRule="auto"/>
      </w:pPr>
      <w:r>
        <w:rPr>
          <w:b w:val="0"/>
          <w:color w:val="000000"/>
          <w:sz w:val="21"/>
        </w:rPr>
        <w:t>Wählen Sie wenige machbare Schritte. Notieren Sie zu jedem Schritt eine verantwortliche Person, die benötigte Unterstützung und einen Termin.</w:t>
      </w:r>
    </w:p>
    <w:p>
      <w:pPr>
        <w:keepNext/>
        <w:spacing w:before="80" w:after="0" w:line="269" w:lineRule="auto"/>
      </w:pPr>
      <w:r>
        <w:rPr>
          <w:b w:val="0"/>
          <w:color w:val="52525B"/>
          <w:sz w:val="18"/>
        </w:rPr>
        <w:t>Gespräch zwischen / Datum</w:t>
      </w:r>
    </w:p>
    <w:p>
      <w:pPr>
        <w:keepNext w:val="0"/>
        <w:spacing w:before="0" w:after="0" w:line="320" w:lineRule="exact"/>
        <w:pBdr>
          <w:bottom w:val="single" w:sz="3" w:color="C8CDD3" w:space="1"/>
          <w:between w:val="single" w:sz="3" w:color="C8CDD3" w:space="1"/>
        </w:pBdr>
      </w:pPr>
      <w:r>
        <w:rPr>
          <w:b w:val="0"/>
          <w:color w:val="000000"/>
          <w:sz w:val="22"/>
        </w:rPr>
        <w:t xml:space="preserve"> </w:t>
      </w:r>
    </w:p>
    <w:p>
      <w:pPr>
        <w:pStyle w:val="Heading1"/>
        <w:keepNext/>
        <w:spacing w:before="200" w:after="40" w:line="269" w:lineRule="auto"/>
      </w:pPr>
      <w:r>
        <w:t>Vereinbarung 1</w:t>
      </w:r>
    </w:p>
    <w:p>
      <w:pPr>
        <w:keepNext/>
        <w:spacing w:before="80" w:after="40" w:line="269" w:lineRule="auto"/>
      </w:pPr>
      <w:r>
        <w:rPr>
          <w:b/>
          <w:color w:val="000000"/>
          <w:sz w:val="20"/>
        </w:rPr>
        <w:t>Nächster Schritt</w:t>
      </w:r>
      <w:r>
        <w:rPr>
          <w:b w:val="0"/>
          <w:color w:val="52525B"/>
          <w:sz w:val="18"/>
        </w:rPr>
        <w:t xml:space="preserve">   Eine konkrete Handlung beschreiben.</w:t>
      </w:r>
    </w:p>
    <w:p>
      <w:pPr>
        <w:keepNext/>
        <w:spacing w:before="0" w:after="0" w:line="340" w:lineRule="exact"/>
        <w:pBdr>
          <w:bottom w:val="single" w:sz="3" w:color="C8CDD3" w:space="1"/>
          <w:between w:val="single" w:sz="3" w:color="C8CDD3" w:space="1"/>
        </w:pBdr>
      </w:pPr>
      <w:r>
        <w:rPr>
          <w:b w:val="0"/>
          <w:color w:val="000000"/>
          <w:sz w:val="22"/>
        </w:rPr>
        <w:t xml:space="preserve"> </w:t>
      </w:r>
    </w:p>
    <w:p>
      <w:pPr>
        <w:keepNext w:val="0"/>
        <w:spacing w:before="0" w:after="0" w:line="340" w:lineRule="exact"/>
        <w:pBdr>
          <w:bottom w:val="single" w:sz="3" w:color="C8CDD3" w:space="1"/>
          <w:between w:val="single" w:sz="3" w:color="C8CDD3" w:space="1"/>
        </w:pBdr>
      </w:pPr>
      <w:r>
        <w:rPr>
          <w:b w:val="0"/>
          <w:color w:val="000000"/>
          <w:sz w:val="22"/>
        </w:rPr>
        <w:t xml:space="preserve"> </w:t>
      </w:r>
    </w:p>
    <w:p>
      <w:pPr>
        <w:keepNext/>
        <w:spacing w:before="80" w:after="40" w:line="269" w:lineRule="auto"/>
      </w:pPr>
      <w:r>
        <w:rPr>
          <w:b/>
          <w:color w:val="000000"/>
          <w:sz w:val="20"/>
        </w:rPr>
        <w:t>Verantwortlich</w:t>
      </w:r>
      <w:r>
        <w:rPr>
          <w:b w:val="0"/>
          <w:color w:val="52525B"/>
          <w:sz w:val="18"/>
        </w:rPr>
        <w:t xml:space="preserve">   Eine Person benennen.</w:t>
      </w:r>
    </w:p>
    <w:p>
      <w:pPr>
        <w:keepNext w:val="0"/>
        <w:spacing w:before="0" w:after="0" w:line="340" w:lineRule="exact"/>
        <w:pBdr>
          <w:bottom w:val="single" w:sz="3" w:color="C8CDD3" w:space="1"/>
          <w:between w:val="single" w:sz="3" w:color="C8CDD3" w:space="1"/>
        </w:pBdr>
      </w:pPr>
      <w:r>
        <w:rPr>
          <w:b w:val="0"/>
          <w:color w:val="000000"/>
          <w:sz w:val="22"/>
        </w:rPr>
        <w:t xml:space="preserve"> </w:t>
      </w:r>
    </w:p>
    <w:p>
      <w:pPr>
        <w:keepNext/>
        <w:spacing w:before="80" w:after="40" w:line="269" w:lineRule="auto"/>
      </w:pPr>
      <w:r>
        <w:rPr>
          <w:b/>
          <w:color w:val="000000"/>
          <w:sz w:val="20"/>
        </w:rPr>
        <w:t>Unterstützung</w:t>
      </w:r>
      <w:r>
        <w:rPr>
          <w:b w:val="0"/>
          <w:color w:val="52525B"/>
          <w:sz w:val="18"/>
        </w:rPr>
        <w:t xml:space="preserve">   Was wird benötigt und wer stellt es bereit?</w:t>
      </w:r>
    </w:p>
    <w:p>
      <w:pPr>
        <w:keepNext w:val="0"/>
        <w:spacing w:before="0" w:after="0" w:line="340" w:lineRule="exact"/>
        <w:pBdr>
          <w:bottom w:val="single" w:sz="3" w:color="C8CDD3" w:space="1"/>
          <w:between w:val="single" w:sz="3" w:color="C8CDD3" w:space="1"/>
        </w:pBdr>
      </w:pPr>
      <w:r>
        <w:rPr>
          <w:b w:val="0"/>
          <w:color w:val="000000"/>
          <w:sz w:val="22"/>
        </w:rPr>
        <w:t xml:space="preserve"> </w:t>
      </w:r>
    </w:p>
    <w:p>
      <w:pPr>
        <w:keepNext/>
        <w:spacing w:before="80" w:after="40" w:line="269" w:lineRule="auto"/>
      </w:pPr>
      <w:r>
        <w:rPr>
          <w:b/>
          <w:color w:val="000000"/>
          <w:sz w:val="20"/>
        </w:rPr>
        <w:t>Bis wann</w:t>
      </w:r>
      <w:r>
        <w:rPr>
          <w:b w:val="0"/>
          <w:color w:val="52525B"/>
          <w:sz w:val="18"/>
        </w:rPr>
        <w:t xml:space="preserve">   Datum eintragen.</w:t>
      </w:r>
    </w:p>
    <w:p>
      <w:pPr>
        <w:keepNext w:val="0"/>
        <w:spacing w:before="0" w:after="0" w:line="340" w:lineRule="exact"/>
        <w:pBdr>
          <w:bottom w:val="single" w:sz="3" w:color="C8CDD3" w:space="1"/>
          <w:between w:val="single" w:sz="3" w:color="C8CDD3" w:space="1"/>
        </w:pBdr>
      </w:pPr>
      <w:r>
        <w:rPr>
          <w:b w:val="0"/>
          <w:color w:val="000000"/>
          <w:sz w:val="22"/>
        </w:rPr>
        <w:t xml:space="preserve"> </w:t>
      </w:r>
    </w:p>
    <w:p>
      <w:pPr>
        <w:pStyle w:val="Heading1"/>
        <w:keepNext/>
        <w:spacing w:before="200" w:after="40" w:line="269" w:lineRule="auto"/>
      </w:pPr>
      <w:r>
        <w:t>Vereinbarung 2</w:t>
      </w:r>
    </w:p>
    <w:p>
      <w:pPr>
        <w:keepNext/>
        <w:spacing w:before="80" w:after="40" w:line="269" w:lineRule="auto"/>
      </w:pPr>
      <w:r>
        <w:rPr>
          <w:b/>
          <w:color w:val="000000"/>
          <w:sz w:val="20"/>
        </w:rPr>
        <w:t>Nächster Schritt</w:t>
      </w:r>
      <w:r>
        <w:rPr>
          <w:b w:val="0"/>
          <w:color w:val="52525B"/>
          <w:sz w:val="18"/>
        </w:rPr>
        <w:t xml:space="preserve">   Eine konkrete Handlung beschreiben.</w:t>
      </w:r>
    </w:p>
    <w:p>
      <w:pPr>
        <w:keepNext/>
        <w:spacing w:before="0" w:after="0" w:line="340" w:lineRule="exact"/>
        <w:pBdr>
          <w:bottom w:val="single" w:sz="3" w:color="C8CDD3" w:space="1"/>
          <w:between w:val="single" w:sz="3" w:color="C8CDD3" w:space="1"/>
        </w:pBdr>
      </w:pPr>
      <w:r>
        <w:rPr>
          <w:b w:val="0"/>
          <w:color w:val="000000"/>
          <w:sz w:val="22"/>
        </w:rPr>
        <w:t xml:space="preserve"> </w:t>
      </w:r>
    </w:p>
    <w:p>
      <w:pPr>
        <w:keepNext w:val="0"/>
        <w:spacing w:before="0" w:after="0" w:line="340" w:lineRule="exact"/>
        <w:pBdr>
          <w:bottom w:val="single" w:sz="3" w:color="C8CDD3" w:space="1"/>
          <w:between w:val="single" w:sz="3" w:color="C8CDD3" w:space="1"/>
        </w:pBdr>
      </w:pPr>
      <w:r>
        <w:rPr>
          <w:b w:val="0"/>
          <w:color w:val="000000"/>
          <w:sz w:val="22"/>
        </w:rPr>
        <w:t xml:space="preserve"> </w:t>
      </w:r>
    </w:p>
    <w:p>
      <w:pPr>
        <w:keepNext/>
        <w:spacing w:before="80" w:after="40" w:line="269" w:lineRule="auto"/>
      </w:pPr>
      <w:r>
        <w:rPr>
          <w:b/>
          <w:color w:val="000000"/>
          <w:sz w:val="20"/>
        </w:rPr>
        <w:t>Verantwortlich</w:t>
      </w:r>
      <w:r>
        <w:rPr>
          <w:b w:val="0"/>
          <w:color w:val="52525B"/>
          <w:sz w:val="18"/>
        </w:rPr>
        <w:t xml:space="preserve">   Eine Person benennen.</w:t>
      </w:r>
    </w:p>
    <w:p>
      <w:pPr>
        <w:keepNext w:val="0"/>
        <w:spacing w:before="0" w:after="0" w:line="340" w:lineRule="exact"/>
        <w:pBdr>
          <w:bottom w:val="single" w:sz="3" w:color="C8CDD3" w:space="1"/>
          <w:between w:val="single" w:sz="3" w:color="C8CDD3" w:space="1"/>
        </w:pBdr>
      </w:pPr>
      <w:r>
        <w:rPr>
          <w:b w:val="0"/>
          <w:color w:val="000000"/>
          <w:sz w:val="22"/>
        </w:rPr>
        <w:t xml:space="preserve"> </w:t>
      </w:r>
    </w:p>
    <w:p>
      <w:pPr>
        <w:keepNext/>
        <w:spacing w:before="80" w:after="40" w:line="269" w:lineRule="auto"/>
      </w:pPr>
      <w:r>
        <w:rPr>
          <w:b/>
          <w:color w:val="000000"/>
          <w:sz w:val="20"/>
        </w:rPr>
        <w:t>Unterstützung</w:t>
      </w:r>
      <w:r>
        <w:rPr>
          <w:b w:val="0"/>
          <w:color w:val="52525B"/>
          <w:sz w:val="18"/>
        </w:rPr>
        <w:t xml:space="preserve">   Was wird benötigt und wer stellt es bereit?</w:t>
      </w:r>
    </w:p>
    <w:p>
      <w:pPr>
        <w:keepNext w:val="0"/>
        <w:spacing w:before="0" w:after="0" w:line="340" w:lineRule="exact"/>
        <w:pBdr>
          <w:bottom w:val="single" w:sz="3" w:color="C8CDD3" w:space="1"/>
          <w:between w:val="single" w:sz="3" w:color="C8CDD3" w:space="1"/>
        </w:pBdr>
      </w:pPr>
      <w:r>
        <w:rPr>
          <w:b w:val="0"/>
          <w:color w:val="000000"/>
          <w:sz w:val="22"/>
        </w:rPr>
        <w:t xml:space="preserve"> </w:t>
      </w:r>
    </w:p>
    <w:p>
      <w:pPr>
        <w:keepNext/>
        <w:spacing w:before="80" w:after="40" w:line="269" w:lineRule="auto"/>
      </w:pPr>
      <w:r>
        <w:rPr>
          <w:b/>
          <w:color w:val="000000"/>
          <w:sz w:val="20"/>
        </w:rPr>
        <w:t>Bis wann</w:t>
      </w:r>
      <w:r>
        <w:rPr>
          <w:b w:val="0"/>
          <w:color w:val="52525B"/>
          <w:sz w:val="18"/>
        </w:rPr>
        <w:t xml:space="preserve">   Datum eintragen.</w:t>
      </w:r>
    </w:p>
    <w:p>
      <w:pPr>
        <w:keepNext w:val="0"/>
        <w:spacing w:before="0" w:after="0" w:line="340" w:lineRule="exact"/>
        <w:pBdr>
          <w:bottom w:val="single" w:sz="3" w:color="C8CDD3" w:space="1"/>
          <w:between w:val="single" w:sz="3" w:color="C8CDD3" w:space="1"/>
        </w:pBdr>
      </w:pPr>
      <w:r>
        <w:rPr>
          <w:b w:val="0"/>
          <w:color w:val="000000"/>
          <w:sz w:val="22"/>
        </w:rPr>
        <w:t xml:space="preserve"> </w:t>
      </w:r>
    </w:p>
    <w:p>
      <w:pPr>
        <w:keepNext/>
        <w:spacing w:before="80" w:after="40" w:line="269" w:lineRule="auto"/>
      </w:pPr>
      <w:r>
        <w:rPr>
          <w:b/>
          <w:color w:val="000000"/>
          <w:sz w:val="20"/>
        </w:rPr>
        <w:t>Unser Folgetermin</w:t>
      </w:r>
      <w:r>
        <w:rPr>
          <w:b w:val="0"/>
          <w:color w:val="52525B"/>
          <w:sz w:val="18"/>
        </w:rPr>
        <w:t xml:space="preserve">   Wann besprechen wir die Umsetzung? Datum und Gesprächsrahmen eintragen.</w:t>
      </w:r>
    </w:p>
    <w:p>
      <w:pPr>
        <w:keepNext w:val="0"/>
        <w:spacing w:before="0" w:after="0" w:line="340" w:lineRule="exact"/>
        <w:pBdr>
          <w:bottom w:val="single" w:sz="3" w:color="C8CDD3" w:space="1"/>
          <w:between w:val="single" w:sz="3" w:color="C8CDD3" w:space="1"/>
        </w:pBdr>
      </w:pPr>
      <w:r>
        <w:rPr>
          <w:b w:val="0"/>
          <w:color w:val="000000"/>
          <w:sz w:val="22"/>
        </w:rPr>
        <w:t xml:space="preserve"> </w:t>
      </w:r>
    </w:p>
    <w:p>
      <w:pPr>
        <w:keepNext/>
        <w:spacing w:before="80" w:after="40" w:line="269" w:lineRule="auto"/>
      </w:pPr>
      <w:r>
        <w:rPr>
          <w:b/>
          <w:color w:val="000000"/>
          <w:sz w:val="20"/>
        </w:rPr>
        <w:t>Daran erkennen wir Fortschritt</w:t>
      </w:r>
      <w:r>
        <w:rPr>
          <w:b w:val="0"/>
          <w:color w:val="52525B"/>
          <w:sz w:val="18"/>
        </w:rPr>
        <w:t xml:space="preserve">   Welches konkrete Ergebnis oder welche Arbeitssituation schauen wir uns dann an?</w:t>
      </w:r>
    </w:p>
    <w:p>
      <w:pPr>
        <w:keepNext/>
        <w:spacing w:before="0" w:after="0" w:line="340" w:lineRule="exact"/>
        <w:pBdr>
          <w:bottom w:val="single" w:sz="3" w:color="C8CDD3" w:space="1"/>
          <w:between w:val="single" w:sz="3" w:color="C8CDD3" w:space="1"/>
        </w:pBdr>
      </w:pPr>
      <w:r>
        <w:rPr>
          <w:b w:val="0"/>
          <w:color w:val="000000"/>
          <w:sz w:val="22"/>
        </w:rPr>
        <w:t xml:space="preserve"> </w:t>
      </w:r>
    </w:p>
    <w:p>
      <w:pPr>
        <w:keepNext w:val="0"/>
        <w:spacing w:before="0" w:after="0" w:line="340" w:lineRule="exact"/>
        <w:pBdr>
          <w:bottom w:val="single" w:sz="3" w:color="C8CDD3" w:space="1"/>
          <w:between w:val="single" w:sz="3" w:color="C8CDD3" w:space="1"/>
        </w:pBdr>
      </w:pPr>
      <w:r>
        <w:rPr>
          <w:b w:val="0"/>
          <w:color w:val="000000"/>
          <w:sz w:val="22"/>
        </w:rPr>
        <w:t xml:space="preserve"> </w:t>
      </w:r>
    </w:p>
    <w:p>
      <w:pPr>
        <w:pStyle w:val="Heading2"/>
        <w:keepNext/>
        <w:spacing w:before="180" w:after="80" w:line="269" w:lineRule="auto"/>
      </w:pPr>
      <w:r>
        <w:t>Zum Abschluss gemeinsam prüfen</w:t>
      </w:r>
    </w:p>
    <w:p>
      <w:pPr>
        <w:keepNext/>
        <w:spacing w:before="0" w:after="60" w:line="269" w:lineRule="auto"/>
        <w:ind w:left="283" w:hanging="283"/>
      </w:pPr>
      <w:r>
        <w:rPr>
          <w:b w:val="0"/>
          <w:color w:val="000000"/>
          <w:sz w:val="19"/>
        </w:rPr>
        <w:t>☐  Die Aufgaben und Verantwortlichkeiten sind verständlich.</w:t>
      </w:r>
    </w:p>
    <w:p>
      <w:pPr>
        <w:keepNext/>
        <w:spacing w:before="0" w:after="60" w:line="269" w:lineRule="auto"/>
        <w:ind w:left="283" w:hanging="283"/>
      </w:pPr>
      <w:r>
        <w:rPr>
          <w:b w:val="0"/>
          <w:color w:val="000000"/>
          <w:sz w:val="19"/>
        </w:rPr>
        <w:t>☐  Offene Fragen und unterschiedliche Sichtweisen sind erkennbar.</w:t>
      </w:r>
    </w:p>
    <w:p>
      <w:pPr>
        <w:keepNext/>
        <w:spacing w:before="0" w:after="60" w:line="269" w:lineRule="auto"/>
        <w:ind w:left="283" w:hanging="283"/>
      </w:pPr>
      <w:r>
        <w:rPr>
          <w:b w:val="0"/>
          <w:color w:val="000000"/>
          <w:sz w:val="19"/>
        </w:rPr>
        <w:t>☐  Wir haben geklärt, wer das Protokoll erhält und wann wir darauf zurückkommen.</w:t>
      </w:r>
    </w:p>
    <w:p>
      <w:pPr>
        <w:keepNext/>
        <w:tabs>
          <w:tab w:pos="4535" w:val="left" w:leader="underscore"/>
          <w:tab w:pos="5443" w:val="left"/>
          <w:tab w:pos="9978" w:val="left" w:leader="underscore"/>
        </w:tabs>
        <w:spacing w:before="360" w:after="60" w:line="360" w:lineRule="exact"/>
      </w:pPr>
      <w:r>
        <w:rPr>
          <w:b w:val="0"/>
          <w:color w:val="52525B"/>
          <w:sz w:val="18"/>
        </w:rPr>
        <w:tab/>
        <w:tab/>
        <w:tab/>
      </w:r>
    </w:p>
    <w:p>
      <w:pPr>
        <w:keepNext/>
        <w:tabs>
          <w:tab w:pos="5443" w:val="left"/>
        </w:tabs>
        <w:spacing w:before="0" w:after="0" w:line="269" w:lineRule="auto"/>
      </w:pPr>
      <w:r>
        <w:rPr>
          <w:b/>
          <w:color w:val="000000"/>
          <w:sz w:val="18"/>
        </w:rPr>
        <w:t>Mitarbeitende Person</w:t>
        <w:tab/>
        <w:t>Führungskraft</w:t>
      </w:r>
    </w:p>
    <w:p>
      <w:pPr>
        <w:keepNext w:val="0"/>
        <w:tabs>
          <w:tab w:pos="5443" w:val="left"/>
        </w:tabs>
        <w:spacing w:before="0" w:after="0" w:line="269" w:lineRule="auto"/>
      </w:pPr>
      <w:r>
        <w:rPr>
          <w:b w:val="0"/>
          <w:color w:val="52525B"/>
          <w:sz w:val="18"/>
        </w:rPr>
        <w:t>Datum und Unterschrift</w:t>
        <w:tab/>
        <w:t>Datum und Unterschrift</w:t>
      </w:r>
    </w:p>
    <w:sectPr w:rsidR="00FC693F" w:rsidRPr="0006063C" w:rsidSect="00034616">
      <w:footerReference w:type="default" r:id="rId9"/>
      <w:pgSz w:w="11906" w:h="16838"/>
      <w:pgMar w:top="794" w:right="964" w:bottom="850" w:left="964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tabs>
        <w:tab w:pos="9978" w:val="right"/>
      </w:tabs>
      <w:spacing w:before="0" w:after="0" w:line="269" w:lineRule="auto"/>
    </w:pPr>
    <w:r>
      <w:rPr>
        <w:b w:val="0"/>
        <w:color w:val="52525B"/>
        <w:sz w:val="17"/>
      </w:rPr>
      <w:t xml:space="preserve">Seite </w:t>
    </w:r>
    <w:fldSimple w:instr="PAGE"/>
    <w:r>
      <w:rPr>
        <w:b w:val="0"/>
        <w:color w:val="52525B"/>
        <w:sz w:val="17"/>
      </w:rPr>
      <w:t xml:space="preserve"> / 4</w:t>
    </w:r>
    <w:r>
      <w:rPr>
        <w:b w:val="0"/>
        <w:color w:val="000000"/>
        <w:sz w:val="17"/>
      </w:rPr>
      <w:tab/>
    </w:r>
    <w:hyperlink r:id="rId1">
      <w:r>
        <w:rPr>
          <w:color w:val="52525B"/>
          <w:sz w:val="17"/>
        </w:rPr>
        <w:t>Mitarbeitergespräch Vorlage</w:t>
      </w:r>
    </w:hyperlink>
    <w:r>
      <w:rPr>
        <w:b w:val="0"/>
        <w:color w:val="52525B"/>
        <w:sz w:val="17"/>
      </w:rPr>
      <w:t xml:space="preserve"> · Version 1.0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rial" w:hAnsi="Arial"/>
      <w:color w:val="000000"/>
      <w:sz w:val="21"/>
      <w:u w:val="none"/>
      <w:lang w:val="de-AT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69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9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69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50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www.riteful.ai/de/" TargetMode="Externa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riteful.ai/de/ressourcen/mitarbeitergespraech-vorlag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Vorlage für das Mitarbeitergespräch</dc:title>
  <dc:subject>Bereiten Sie Ihre Sicht getrennt vor. Besprechen Sie Ihre Notizen miteinander und halten Sie anschließend die Ergebnisse und nächsten Schritte gemeinsam fest.</dc:subject>
  <dc:creator>riteful</dc:creator>
  <cp:keywords/>
  <dc:description>generated by python-docx</dc:description>
  <cp:lastModifiedBy>riteful</cp:lastModifiedBy>
  <cp:revision>1</cp:revision>
  <dcterms:created xsi:type="dcterms:W3CDTF">2026-10-16T00:00:00Z</dcterms:created>
  <dcterms:modified xsi:type="dcterms:W3CDTF">2026-10-16T00:00:00Z</dcterms:modified>
  <cp:category/>
  <dc:language>de-AT</dc:language>
</cp:coreProperties>
</file>