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Employee review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https://www.riteful.ai/en/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EMPLOYEE</w:t>
      </w:r>
    </w:p>
    <w:p>
      <w:pPr>
        <w:pStyle w:val="Title"/>
        <w:keepNext/>
        <w:spacing w:before="0" w:after="100" w:line="269" w:lineRule="auto"/>
      </w:pPr>
      <w:r>
        <w:t>My preparation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Complete this page for yourself before the conversation. Brief notes are enough.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My name and role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Meeting date / Review period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01   </w:t>
      </w:r>
      <w:r>
        <w:rPr>
          <w:b/>
          <w:color w:val="000000"/>
          <w:sz w:val="22"/>
        </w:rPr>
        <w:t>What went well for me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Describe one specific example: the situation, your contribution and the outcome.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02   </w:t>
      </w:r>
      <w:r>
        <w:rPr>
          <w:b/>
          <w:color w:val="000000"/>
          <w:sz w:val="22"/>
        </w:rPr>
        <w:t>What made my work harder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Which situation was difficult? What was missing and what was the effect?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03   </w:t>
      </w:r>
      <w:r>
        <w:rPr>
          <w:b/>
          <w:color w:val="000000"/>
          <w:sz w:val="22"/>
        </w:rPr>
        <w:t>What I would like from our collaboration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What should continue or change? Note an example and a specific request.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04   </w:t>
      </w:r>
      <w:r>
        <w:rPr>
          <w:b/>
          <w:color w:val="000000"/>
          <w:sz w:val="22"/>
        </w:rPr>
        <w:t>What I would like to learn next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Which task would you like to try? What support would you need?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80" w:after="20" w:line="269" w:lineRule="auto"/>
      </w:pPr>
      <w:r>
        <w:rPr>
          <w:b/>
          <w:color w:val="000000"/>
          <w:sz w:val="20"/>
        </w:rPr>
        <w:t>My most important topic for the conversation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60" w:line="269" w:lineRule="auto"/>
      </w:pPr>
      <w:r>
        <w:t>What happens in the conversation</w:t>
      </w:r>
    </w:p>
    <w:p>
      <w:pPr>
        <w:keepNext w:val="0"/>
        <w:spacing w:before="0" w:after="0" w:line="269" w:lineRule="auto"/>
      </w:pPr>
      <w:r>
        <w:rPr>
          <w:b w:val="0"/>
          <w:color w:val="000000"/>
          <w:sz w:val="19"/>
        </w:rPr>
        <w:t>Bring in the points you have chosen. After discussing them, record the outcomes on page 3 and agreed actions on page 4.</w:t>
      </w:r>
    </w:p>
    <w:p>
      <w:r>
        <w:br w:type="page"/>
      </w:r>
    </w:p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Employee review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https://www.riteful.ai/en/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MANAGER</w:t>
      </w:r>
    </w:p>
    <w:p>
      <w:pPr>
        <w:pStyle w:val="Title"/>
        <w:keepNext/>
        <w:spacing w:before="0" w:after="100" w:line="269" w:lineRule="auto"/>
      </w:pPr>
      <w:r>
        <w:t>My preparation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Complete this page for yourself before the conversation. Use examples from across the review period and leave room for the other person's perspective.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My name / Conversation with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Meeting date / Review period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01   </w:t>
      </w:r>
      <w:r>
        <w:rPr>
          <w:b/>
          <w:color w:val="000000"/>
          <w:sz w:val="22"/>
        </w:rPr>
        <w:t>Which contributions I observed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Which task or goal was agreed? Which example illustrates the person's contribution?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02   </w:t>
      </w:r>
      <w:r>
        <w:rPr>
          <w:b/>
          <w:color w:val="000000"/>
          <w:sz w:val="22"/>
        </w:rPr>
        <w:t>What made the work harder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What changed? How did my decisions or a lack of support contribute?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03   </w:t>
      </w:r>
      <w:r>
        <w:rPr>
          <w:b/>
          <w:color w:val="000000"/>
          <w:sz w:val="22"/>
        </w:rPr>
        <w:t>What I want to discuss about collaboration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Separate observation from interpretation. What would you like to recognise, clarify or change?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 xml:space="preserve">04   </w:t>
      </w:r>
      <w:r>
        <w:rPr>
          <w:b/>
          <w:color w:val="000000"/>
          <w:sz w:val="22"/>
        </w:rPr>
        <w:t>Which development I can support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What learning opportunity can I offer? Ask about the other person's wishes too.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80" w:after="20" w:line="269" w:lineRule="auto"/>
      </w:pPr>
      <w:r>
        <w:rPr>
          <w:b/>
          <w:color w:val="000000"/>
          <w:sz w:val="20"/>
        </w:rPr>
        <w:t>What I especially want to ask the other person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60" w:line="269" w:lineRule="auto"/>
      </w:pPr>
      <w:r>
        <w:t>What happens in the conversation</w:t>
      </w:r>
    </w:p>
    <w:p>
      <w:pPr>
        <w:keepNext w:val="0"/>
        <w:spacing w:before="0" w:after="0" w:line="269" w:lineRule="auto"/>
      </w:pPr>
      <w:r>
        <w:rPr>
          <w:b w:val="0"/>
          <w:color w:val="000000"/>
          <w:sz w:val="19"/>
        </w:rPr>
        <w:t>Hear both perspectives first. Only record outcomes you have discussed on page 3. Different perspectives can remain different.</w:t>
      </w:r>
    </w:p>
    <w:p>
      <w:r>
        <w:br w:type="page"/>
      </w:r>
    </w:p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Employee review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https://www.riteful.ai/en/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BOTH TOGETHER</w:t>
      </w:r>
    </w:p>
    <w:p>
      <w:pPr>
        <w:pStyle w:val="Title"/>
        <w:keepNext/>
        <w:spacing w:before="0" w:after="100" w:line="269" w:lineRule="auto"/>
      </w:pPr>
      <w:r>
        <w:t>Conversation record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Complete this page during the conversation. Summarise together what you discussed. Personal notes are not copied into the record automatically.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Employee and role / Manager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Meeting date / Review period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Purpose and jointly agreed focus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Review and working conditions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From 01 and 02: Which contributions, outcomes and obstacles did we discuss together?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Collaboration and different perspectives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From 03: What should continue or change? Whose views differ, and in what way?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Development goal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From 04: Which skill or task do we want to develop? In which work situation?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140" w:after="40" w:line="269" w:lineRule="auto"/>
      </w:pPr>
      <w:r>
        <w:rPr>
          <w:b/>
          <w:color w:val="000000"/>
          <w:sz w:val="22"/>
        </w:rPr>
        <w:t>Still open</w:t>
      </w:r>
    </w:p>
    <w:p>
      <w:pPr>
        <w:keepNext/>
        <w:spacing w:before="0" w:after="20" w:line="269" w:lineRule="auto"/>
      </w:pPr>
      <w:r>
        <w:rPr>
          <w:b w:val="0"/>
          <w:color w:val="52525B"/>
          <w:sz w:val="19"/>
        </w:rPr>
        <w:t>What remains unresolved? Who will clarify it, and by when? Do not present disagreement as consensus.</w:t>
      </w:r>
    </w:p>
    <w:p>
      <w:pPr>
        <w:keepNext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6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60" w:line="269" w:lineRule="auto"/>
      </w:pPr>
      <w:r>
        <w:t>From an outcome to an agreement</w:t>
      </w:r>
    </w:p>
    <w:p>
      <w:pPr>
        <w:keepNext w:val="0"/>
        <w:spacing w:before="0" w:after="0" w:line="269" w:lineRule="auto"/>
      </w:pPr>
      <w:r>
        <w:rPr>
          <w:b w:val="0"/>
          <w:color w:val="000000"/>
          <w:sz w:val="19"/>
        </w:rPr>
        <w:t>Record the actions you agreed together on page 4. An observation on its own is not yet an action.</w:t>
      </w:r>
    </w:p>
    <w:p>
      <w:r>
        <w:br w:type="page"/>
      </w:r>
    </w:p>
    <w:p>
      <w:pPr>
        <w:keepNext/>
        <w:tabs>
          <w:tab w:pos="9978" w:val="right"/>
        </w:tabs>
        <w:spacing w:before="0" w:after="240" w:line="269" w:lineRule="auto"/>
      </w:pPr>
      <w:r>
        <w:rPr>
          <w:b/>
          <w:color w:val="000000"/>
          <w:sz w:val="18"/>
        </w:rPr>
        <w:t>Employee review</w:t>
      </w:r>
      <w:r>
        <w:rPr>
          <w:b w:val="0"/>
          <w:color w:val="000000"/>
          <w:sz w:val="21"/>
        </w:rPr>
        <w:tab/>
      </w:r>
      <w:hyperlink r:id="rId10">
        <w:r>
          <w:rPr>
            <w:color w:val="000000"/>
            <w:sz w:val="20"/>
            <w:b/>
            <w:u w:val="single"/>
          </w:rPr>
          <w:t>https://www.riteful.ai/en/</w:t>
        </w:r>
      </w:hyperlink>
    </w:p>
    <w:p>
      <w:pPr>
        <w:keepNext/>
        <w:spacing w:before="0" w:after="60" w:line="269" w:lineRule="auto"/>
      </w:pPr>
      <w:r>
        <w:rPr>
          <w:b/>
          <w:color w:val="000000"/>
          <w:sz w:val="18"/>
        </w:rPr>
        <w:t>BOTH TOGETHER</w:t>
      </w:r>
    </w:p>
    <w:p>
      <w:pPr>
        <w:pStyle w:val="Title"/>
        <w:keepNext/>
        <w:spacing w:before="0" w:after="100" w:line="269" w:lineRule="auto"/>
      </w:pPr>
      <w:r>
        <w:t>What we agree</w:t>
      </w:r>
    </w:p>
    <w:p>
      <w:pPr>
        <w:keepNext/>
        <w:spacing w:before="0" w:after="100" w:line="269" w:lineRule="auto"/>
      </w:pPr>
      <w:r>
        <w:rPr>
          <w:b w:val="0"/>
          <w:color w:val="000000"/>
          <w:sz w:val="21"/>
        </w:rPr>
        <w:t>Choose a few achievable actions. For each one, name the person responsible, the support needed and a due date.</w:t>
      </w:r>
    </w:p>
    <w:p>
      <w:pPr>
        <w:keepNext/>
        <w:spacing w:before="80" w:after="0" w:line="269" w:lineRule="auto"/>
      </w:pPr>
      <w:r>
        <w:rPr>
          <w:b w:val="0"/>
          <w:color w:val="52525B"/>
          <w:sz w:val="18"/>
        </w:rPr>
        <w:t>Conversation between / Date</w:t>
      </w:r>
    </w:p>
    <w:p>
      <w:pPr>
        <w:keepNext w:val="0"/>
        <w:spacing w:before="0" w:after="0" w:line="32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1"/>
        <w:keepNext/>
        <w:spacing w:before="200" w:after="40" w:line="269" w:lineRule="auto"/>
      </w:pPr>
      <w:r>
        <w:t>Agreement 1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Next step</w:t>
      </w:r>
      <w:r>
        <w:rPr>
          <w:b w:val="0"/>
          <w:color w:val="52525B"/>
          <w:sz w:val="18"/>
        </w:rPr>
        <w:t xml:space="preserve">   Describe a specific action.</w:t>
      </w:r>
    </w:p>
    <w:p>
      <w:pPr>
        <w:keepNext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Owner</w:t>
      </w:r>
      <w:r>
        <w:rPr>
          <w:b w:val="0"/>
          <w:color w:val="52525B"/>
          <w:sz w:val="18"/>
        </w:rPr>
        <w:t xml:space="preserve">   Name one person.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Support</w:t>
      </w:r>
      <w:r>
        <w:rPr>
          <w:b w:val="0"/>
          <w:color w:val="52525B"/>
          <w:sz w:val="18"/>
        </w:rPr>
        <w:t xml:space="preserve">   What is needed and who will provide it?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Due date</w:t>
      </w:r>
      <w:r>
        <w:rPr>
          <w:b w:val="0"/>
          <w:color w:val="52525B"/>
          <w:sz w:val="18"/>
        </w:rPr>
        <w:t xml:space="preserve">   Enter a date.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1"/>
        <w:keepNext/>
        <w:spacing w:before="200" w:after="40" w:line="269" w:lineRule="auto"/>
      </w:pPr>
      <w:r>
        <w:t>Agreement 2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Next step</w:t>
      </w:r>
      <w:r>
        <w:rPr>
          <w:b w:val="0"/>
          <w:color w:val="52525B"/>
          <w:sz w:val="18"/>
        </w:rPr>
        <w:t xml:space="preserve">   Describe a specific action.</w:t>
      </w:r>
    </w:p>
    <w:p>
      <w:pPr>
        <w:keepNext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Owner</w:t>
      </w:r>
      <w:r>
        <w:rPr>
          <w:b w:val="0"/>
          <w:color w:val="52525B"/>
          <w:sz w:val="18"/>
        </w:rPr>
        <w:t xml:space="preserve">   Name one person.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Support</w:t>
      </w:r>
      <w:r>
        <w:rPr>
          <w:b w:val="0"/>
          <w:color w:val="52525B"/>
          <w:sz w:val="18"/>
        </w:rPr>
        <w:t xml:space="preserve">   What is needed and who will provide it?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Due date</w:t>
      </w:r>
      <w:r>
        <w:rPr>
          <w:b w:val="0"/>
          <w:color w:val="52525B"/>
          <w:sz w:val="18"/>
        </w:rPr>
        <w:t xml:space="preserve">   Enter a date.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Our follow-up conversation</w:t>
      </w:r>
      <w:r>
        <w:rPr>
          <w:b w:val="0"/>
          <w:color w:val="52525B"/>
          <w:sz w:val="18"/>
        </w:rPr>
        <w:t xml:space="preserve">   When will we discuss implementation? Record the date and meeting format.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/>
        <w:spacing w:before="80" w:after="40" w:line="269" w:lineRule="auto"/>
      </w:pPr>
      <w:r>
        <w:rPr>
          <w:b/>
          <w:color w:val="000000"/>
          <w:sz w:val="20"/>
        </w:rPr>
        <w:t>How we will recognise progress</w:t>
      </w:r>
      <w:r>
        <w:rPr>
          <w:b w:val="0"/>
          <w:color w:val="52525B"/>
          <w:sz w:val="18"/>
        </w:rPr>
        <w:t xml:space="preserve">   Which specific outcome or work situation will we look at together?</w:t>
      </w:r>
    </w:p>
    <w:p>
      <w:pPr>
        <w:keepNext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keepNext w:val="0"/>
        <w:spacing w:before="0" w:after="0" w:line="340" w:lineRule="exact"/>
        <w:pBdr>
          <w:bottom w:val="single" w:sz="3" w:color="C8CDD3" w:space="1"/>
          <w:between w:val="single" w:sz="3" w:color="C8CDD3" w:space="1"/>
        </w:pBdr>
      </w:pPr>
      <w:r>
        <w:rPr>
          <w:b w:val="0"/>
          <w:color w:val="000000"/>
          <w:sz w:val="22"/>
        </w:rPr>
        <w:t xml:space="preserve"> </w:t>
      </w:r>
    </w:p>
    <w:p>
      <w:pPr>
        <w:pStyle w:val="Heading2"/>
        <w:keepNext/>
        <w:spacing w:before="180" w:after="80" w:line="269" w:lineRule="auto"/>
      </w:pPr>
      <w:r>
        <w:t>Check together before finishing</w:t>
      </w:r>
    </w:p>
    <w:p>
      <w:pPr>
        <w:keepNext/>
        <w:spacing w:before="0" w:after="60" w:line="269" w:lineRule="auto"/>
        <w:ind w:left="283" w:hanging="283"/>
      </w:pPr>
      <w:r>
        <w:rPr>
          <w:b w:val="0"/>
          <w:color w:val="000000"/>
          <w:sz w:val="19"/>
        </w:rPr>
        <w:t>☐  The actions and responsibilities are clear.</w:t>
      </w:r>
    </w:p>
    <w:p>
      <w:pPr>
        <w:keepNext/>
        <w:spacing w:before="0" w:after="60" w:line="269" w:lineRule="auto"/>
        <w:ind w:left="283" w:hanging="283"/>
      </w:pPr>
      <w:r>
        <w:rPr>
          <w:b w:val="0"/>
          <w:color w:val="000000"/>
          <w:sz w:val="19"/>
        </w:rPr>
        <w:t>☐  Open questions and different perspectives are visible.</w:t>
      </w:r>
    </w:p>
    <w:p>
      <w:pPr>
        <w:keepNext/>
        <w:spacing w:before="0" w:after="60" w:line="269" w:lineRule="auto"/>
        <w:ind w:left="283" w:hanging="283"/>
      </w:pPr>
      <w:r>
        <w:rPr>
          <w:b w:val="0"/>
          <w:color w:val="000000"/>
          <w:sz w:val="19"/>
        </w:rPr>
        <w:t>☐  We have agreed who receives the record and when we will revisit it.</w:t>
      </w:r>
    </w:p>
    <w:p>
      <w:pPr>
        <w:keepNext/>
        <w:tabs>
          <w:tab w:pos="4535" w:val="left" w:leader="underscore"/>
          <w:tab w:pos="5443" w:val="left"/>
          <w:tab w:pos="9978" w:val="left" w:leader="underscore"/>
        </w:tabs>
        <w:spacing w:before="360" w:after="60" w:line="360" w:lineRule="exact"/>
      </w:pPr>
      <w:r>
        <w:rPr>
          <w:b w:val="0"/>
          <w:color w:val="52525B"/>
          <w:sz w:val="18"/>
        </w:rPr>
        <w:tab/>
        <w:tab/>
        <w:tab/>
      </w:r>
    </w:p>
    <w:p>
      <w:pPr>
        <w:keepNext/>
        <w:tabs>
          <w:tab w:pos="5443" w:val="left"/>
        </w:tabs>
        <w:spacing w:before="0" w:after="0" w:line="269" w:lineRule="auto"/>
      </w:pPr>
      <w:r>
        <w:rPr>
          <w:b/>
          <w:color w:val="000000"/>
          <w:sz w:val="18"/>
        </w:rPr>
        <w:t>Employee</w:t>
        <w:tab/>
        <w:t>Manager</w:t>
      </w:r>
    </w:p>
    <w:p>
      <w:pPr>
        <w:keepNext w:val="0"/>
        <w:tabs>
          <w:tab w:pos="5443" w:val="left"/>
        </w:tabs>
        <w:spacing w:before="0" w:after="0" w:line="269" w:lineRule="auto"/>
      </w:pPr>
      <w:r>
        <w:rPr>
          <w:b w:val="0"/>
          <w:color w:val="52525B"/>
          <w:sz w:val="18"/>
        </w:rPr>
        <w:t>Date and signature</w:t>
        <w:tab/>
        <w:t>Date and signature</w:t>
      </w:r>
    </w:p>
    <w:sectPr w:rsidR="00FC693F" w:rsidRPr="0006063C" w:rsidSect="00034616">
      <w:footerReference w:type="default" r:id="rId9"/>
      <w:pgSz w:w="11906" w:h="16838"/>
      <w:pgMar w:top="794" w:right="964" w:bottom="850" w:left="96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tabs>
        <w:tab w:pos="9978" w:val="right"/>
      </w:tabs>
      <w:spacing w:before="0" w:after="0" w:line="269" w:lineRule="auto"/>
    </w:pPr>
    <w:r>
      <w:rPr>
        <w:b w:val="0"/>
        <w:color w:val="52525B"/>
        <w:sz w:val="17"/>
      </w:rPr>
      <w:t xml:space="preserve">Page </w:t>
    </w:r>
    <w:fldSimple w:instr="PAGE"/>
    <w:r>
      <w:rPr>
        <w:b w:val="0"/>
        <w:color w:val="52525B"/>
        <w:sz w:val="17"/>
      </w:rPr>
      <w:t xml:space="preserve"> / 4</w:t>
    </w:r>
    <w:r>
      <w:rPr>
        <w:b w:val="0"/>
        <w:color w:val="000000"/>
        <w:sz w:val="17"/>
      </w:rPr>
      <w:tab/>
    </w:r>
    <w:hyperlink r:id="rId1">
      <w:r>
        <w:rPr>
          <w:color w:val="52525B"/>
          <w:sz w:val="17"/>
        </w:rPr>
        <w:t>Employee review template</w:t>
      </w:r>
    </w:hyperlink>
    <w:r>
      <w:rPr>
        <w:b w:val="0"/>
        <w:color w:val="52525B"/>
        <w:sz w:val="17"/>
      </w:rPr>
      <w:t xml:space="preserve"> ·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  <w:u w:val="non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riteful.ai/en/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riteful.ai/en/resources/employee-review-templ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review template</dc:title>
  <dc:subject>Prepare your perspectives separately. Discuss your notes together, then jointly record the outcomes and next steps.</dc:subject>
  <dc:creator>riteful</dc:creator>
  <cp:keywords/>
  <dc:description>generated by python-docx</dc:description>
  <cp:lastModifiedBy>riteful</cp:lastModifiedBy>
  <cp:revision>1</cp:revision>
  <dcterms:created xsi:type="dcterms:W3CDTF">2026-10-16T00:00:00Z</dcterms:created>
  <dcterms:modified xsi:type="dcterms:W3CDTF">2026-10-16T00:00:00Z</dcterms:modified>
  <cp:category/>
  <dc:language>en-GB</dc:language>
</cp:coreProperties>
</file>